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B847A" w14:textId="77777777" w:rsidR="00D12265" w:rsidRPr="0016306A" w:rsidRDefault="00C85E0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b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8241" behindDoc="1" locked="0" layoutInCell="1" allowOverlap="1" wp14:anchorId="743963A3" wp14:editId="6AEF324F">
            <wp:simplePos x="0" y="0"/>
            <wp:positionH relativeFrom="column">
              <wp:posOffset>5721985</wp:posOffset>
            </wp:positionH>
            <wp:positionV relativeFrom="paragraph">
              <wp:posOffset>0</wp:posOffset>
            </wp:positionV>
            <wp:extent cx="865505" cy="865505"/>
            <wp:effectExtent l="0" t="0" r="0" b="0"/>
            <wp:wrapTight wrapText="bothSides">
              <wp:wrapPolygon edited="0">
                <wp:start x="0" y="0"/>
                <wp:lineTo x="0" y="21236"/>
                <wp:lineTo x="21236" y="21236"/>
                <wp:lineTo x="21236" y="0"/>
                <wp:lineTo x="0" y="0"/>
              </wp:wrapPolygon>
            </wp:wrapTight>
            <wp:docPr id="1243211155" name="Рисунок 2" descr="Изображение выглядит как Графика, Шрифт, логотип, графический дизайн&#10;&#10;Контент, сгенерированный ИИ, может содержать ошибки.">
              <a:extLst xmlns:a="http://schemas.openxmlformats.org/drawingml/2006/main">
                <a:ext uri="{FF2B5EF4-FFF2-40B4-BE49-F238E27FC236}">
                  <a16:creationId xmlns:a16="http://schemas.microsoft.com/office/drawing/2014/main" id="{2DDBE4DF-D97C-4CE6-BC37-6A2D3271E7C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211155" name="Рисунок 2" descr="Изображение выглядит как Графика, Шрифт, логотип, графический дизайн&#10;&#10;Контент, сгенерированный ИИ, может содержать ошибки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65505" cy="865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2265" w:rsidRPr="0016306A">
        <w:rPr>
          <w:rFonts w:ascii="Times New Roman" w:hAnsi="Times New Roman" w:cs="Times New Roman"/>
          <w:b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8240" behindDoc="1" locked="0" layoutInCell="1" allowOverlap="1" wp14:anchorId="480E5C19" wp14:editId="07777777">
            <wp:simplePos x="0" y="0"/>
            <wp:positionH relativeFrom="column">
              <wp:posOffset>-231775</wp:posOffset>
            </wp:positionH>
            <wp:positionV relativeFrom="paragraph">
              <wp:posOffset>311</wp:posOffset>
            </wp:positionV>
            <wp:extent cx="835025" cy="708660"/>
            <wp:effectExtent l="0" t="0" r="0" b="0"/>
            <wp:wrapTight wrapText="bothSides">
              <wp:wrapPolygon edited="0">
                <wp:start x="7884" y="1548"/>
                <wp:lineTo x="5256" y="2323"/>
                <wp:lineTo x="1314" y="6194"/>
                <wp:lineTo x="1314" y="8516"/>
                <wp:lineTo x="2628" y="14710"/>
                <wp:lineTo x="2628" y="15871"/>
                <wp:lineTo x="6570" y="18968"/>
                <wp:lineTo x="7884" y="19742"/>
                <wp:lineTo x="13469" y="19742"/>
                <wp:lineTo x="14783" y="18968"/>
                <wp:lineTo x="18725" y="15484"/>
                <wp:lineTo x="20040" y="6194"/>
                <wp:lineTo x="16097" y="2323"/>
                <wp:lineTo x="13469" y="1548"/>
                <wp:lineTo x="7884" y="1548"/>
              </wp:wrapPolygon>
            </wp:wrapTight>
            <wp:docPr id="1464815027" name="Рисунок 1" descr="Изображение выглядит как Графика, графический дизайн, логотип, Шрифт&#10;&#10;Контент, сгенерированный ИИ, может содержать ошибки.">
              <a:extLst xmlns:a="http://schemas.openxmlformats.org/drawingml/2006/main">
                <a:ext uri="{FF2B5EF4-FFF2-40B4-BE49-F238E27FC236}">
                  <a16:creationId xmlns:a16="http://schemas.microsoft.com/office/drawing/2014/main" id="{ADA55F96-1C2F-4107-96F5-56117A8D6F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815027" name="Рисунок 1" descr="Изображение выглядит как Графика, графический дизайн, логотип, Шрифт&#10;&#10;Контент, сгенерированный ИИ, может содержать ошибки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35025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2265" w:rsidRPr="0016306A">
        <w:rPr>
          <w:rFonts w:ascii="Times New Roman" w:hAnsi="Times New Roman" w:cs="Times New Roman"/>
          <w:b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8242" behindDoc="1" locked="0" layoutInCell="1" allowOverlap="1" wp14:anchorId="6FDBEFE4" wp14:editId="07777777">
            <wp:simplePos x="0" y="0"/>
            <wp:positionH relativeFrom="column">
              <wp:posOffset>970293</wp:posOffset>
            </wp:positionH>
            <wp:positionV relativeFrom="paragraph">
              <wp:posOffset>-195012</wp:posOffset>
            </wp:positionV>
            <wp:extent cx="1620000" cy="752400"/>
            <wp:effectExtent l="0" t="0" r="0" b="0"/>
            <wp:wrapTight wrapText="bothSides">
              <wp:wrapPolygon edited="0">
                <wp:start x="0" y="0"/>
                <wp:lineTo x="0" y="21162"/>
                <wp:lineTo x="21338" y="21162"/>
                <wp:lineTo x="21338" y="0"/>
                <wp:lineTo x="0" y="0"/>
              </wp:wrapPolygon>
            </wp:wrapTight>
            <wp:docPr id="1287638912" name="Рисунок 4" descr="Изображение выглядит как текст, Шрифт, снимок экрана, символ&#10;&#10;Контент, сгенерированный ИИ, может содержать ошибки.">
              <a:extLst xmlns:a="http://schemas.openxmlformats.org/drawingml/2006/main">
                <a:ext uri="{FF2B5EF4-FFF2-40B4-BE49-F238E27FC236}">
                  <a16:creationId xmlns:a16="http://schemas.microsoft.com/office/drawing/2014/main" id="{A95FA327-23FF-43E7-A8FA-0429A8CC305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638912" name="Рисунок 4" descr="Изображение выглядит как текст, Шрифт, снимок экрана, символ&#10;&#10;Контент, сгенерированный ИИ, может содержать ошибки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7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2A6659" w14:textId="77777777" w:rsidR="00D12265" w:rsidRPr="0016306A" w:rsidRDefault="00D1226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A37501D" w14:textId="77777777" w:rsidR="00C85E05" w:rsidRPr="0016306A" w:rsidRDefault="00C85E0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7107963" w14:textId="77777777" w:rsidR="00834655" w:rsidRPr="0016306A" w:rsidRDefault="00D844A2" w:rsidP="00D12265">
      <w:pPr>
        <w:shd w:val="clear" w:color="auto" w:fill="00B0F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b/>
          <w:sz w:val="24"/>
          <w:szCs w:val="24"/>
          <w:lang w:val="uk-UA"/>
        </w:rPr>
        <w:t>STUDENT INNOVATION CHALLENGE</w:t>
      </w:r>
    </w:p>
    <w:p w14:paraId="0542C1E5" w14:textId="77777777" w:rsidR="00834655" w:rsidRPr="0016306A" w:rsidRDefault="00D844A2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b/>
          <w:sz w:val="24"/>
          <w:szCs w:val="24"/>
          <w:lang w:val="uk-UA"/>
        </w:rPr>
        <w:t>СТУДЕНТСЬКИЙ ІННОВАЦІЙНИЙ ЧЕЛЕНДЖ</w:t>
      </w:r>
    </w:p>
    <w:p w14:paraId="65AD3901" w14:textId="77777777" w:rsidR="00834655" w:rsidRPr="0016306A" w:rsidRDefault="00D844A2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i/>
          <w:sz w:val="24"/>
          <w:szCs w:val="24"/>
          <w:lang w:val="uk-UA"/>
        </w:rPr>
        <w:t>Інноваційні рішення для сектору ягід і горіхів</w:t>
      </w:r>
    </w:p>
    <w:p w14:paraId="6211313D" w14:textId="77777777" w:rsidR="00834655" w:rsidRPr="0016306A" w:rsidRDefault="00D844A2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UNIDO GQSP Ukraine | 2026</w:t>
      </w:r>
    </w:p>
    <w:p w14:paraId="6F4FEFD1" w14:textId="77777777" w:rsidR="00834655" w:rsidRPr="0016306A" w:rsidRDefault="00D844A2">
      <w:pPr>
        <w:pStyle w:val="1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1. Про конкурс</w:t>
      </w:r>
    </w:p>
    <w:p w14:paraId="7D7FCDEE" w14:textId="3B5E8C2E" w:rsidR="00834655" w:rsidRPr="0016306A" w:rsidRDefault="00D844A2" w:rsidP="00D1226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16306A">
        <w:rPr>
          <w:rFonts w:ascii="Times New Roman" w:hAnsi="Times New Roman" w:cs="Times New Roman"/>
          <w:sz w:val="24"/>
          <w:szCs w:val="24"/>
          <w:lang w:val="uk-UA"/>
        </w:rPr>
        <w:t>Student</w:t>
      </w:r>
      <w:proofErr w:type="spellEnd"/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16306A">
        <w:rPr>
          <w:rFonts w:ascii="Times New Roman" w:hAnsi="Times New Roman" w:cs="Times New Roman"/>
          <w:sz w:val="24"/>
          <w:szCs w:val="24"/>
          <w:lang w:val="uk-UA"/>
        </w:rPr>
        <w:t>Innovation</w:t>
      </w:r>
      <w:proofErr w:type="spellEnd"/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16306A">
        <w:rPr>
          <w:rFonts w:ascii="Times New Roman" w:hAnsi="Times New Roman" w:cs="Times New Roman"/>
          <w:sz w:val="24"/>
          <w:szCs w:val="24"/>
          <w:lang w:val="uk-UA"/>
        </w:rPr>
        <w:t>Challenge</w:t>
      </w:r>
      <w:proofErr w:type="spellEnd"/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— відкритий інноваційний конкурс, у межах якого студенти закладів вищої освіти </w:t>
      </w:r>
      <w:r w:rsidR="00F21940" w:rsidRPr="0016306A">
        <w:rPr>
          <w:rFonts w:ascii="Times New Roman" w:hAnsi="Times New Roman" w:cs="Times New Roman"/>
          <w:sz w:val="24"/>
          <w:szCs w:val="24"/>
          <w:lang w:val="uk-UA"/>
        </w:rPr>
        <w:t>(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університетів, інститутів та академій</w:t>
      </w:r>
      <w:r w:rsidR="00B617FE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2D60B6" w:rsidRPr="0016306A">
        <w:rPr>
          <w:rFonts w:ascii="Times New Roman" w:hAnsi="Times New Roman" w:cs="Times New Roman"/>
          <w:sz w:val="24"/>
          <w:szCs w:val="24"/>
          <w:lang w:val="uk-UA"/>
        </w:rPr>
        <w:t>коледжів</w:t>
      </w:r>
      <w:r w:rsidR="000B0EE0" w:rsidRPr="0016306A"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працюють над реальними викликами сектору ягід і горіхів, запропонованими представниками сектору, та розробляють практичні рішення.</w:t>
      </w:r>
    </w:p>
    <w:p w14:paraId="17391349" w14:textId="77777777" w:rsidR="00834655" w:rsidRPr="0016306A" w:rsidRDefault="00D844A2">
      <w:pPr>
        <w:pStyle w:val="1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2. Мета конкурсу</w:t>
      </w:r>
    </w:p>
    <w:p w14:paraId="4F62A628" w14:textId="5110EF2B" w:rsidR="00834655" w:rsidRPr="0016306A" w:rsidRDefault="65E111DC" w:rsidP="342ED9AE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Залучити студентів до вирішення реальних викликів сектору ягід і горіхів</w:t>
      </w:r>
      <w:r w:rsidR="00915EDF" w:rsidRPr="00915ED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15EDF">
        <w:rPr>
          <w:rFonts w:ascii="Times New Roman" w:hAnsi="Times New Roman" w:cs="Times New Roman"/>
          <w:sz w:val="24"/>
          <w:szCs w:val="24"/>
          <w:lang w:val="uk-UA"/>
        </w:rPr>
        <w:t>України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BAFE830" w14:textId="55F46426" w:rsidR="00834655" w:rsidRPr="0016306A" w:rsidRDefault="65E111DC" w:rsidP="342ED9AE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Посилити взаємодію між закладами вищої освіти, бізнесом та іншими представниками сектору</w:t>
      </w:r>
      <w:r w:rsidR="000D2580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ягід і горіхів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53B3109" w14:textId="77777777" w:rsidR="00834655" w:rsidRPr="0016306A" w:rsidRDefault="65E111DC" w:rsidP="342ED9AE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Розвивати навички дослідження, інноваційного мислення, командної роботи, розроблення та презентації рішень.</w:t>
      </w:r>
    </w:p>
    <w:p w14:paraId="385B71A1" w14:textId="77777777" w:rsidR="00834655" w:rsidRPr="0016306A" w:rsidRDefault="65E111DC" w:rsidP="342ED9AE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Створити можливості для подальшого розвитку найбільш перспективних ідей.</w:t>
      </w:r>
    </w:p>
    <w:p w14:paraId="43E590C2" w14:textId="621E140D" w:rsidR="00834655" w:rsidRPr="0016306A" w:rsidRDefault="00D844A2">
      <w:pPr>
        <w:pStyle w:val="1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3.</w:t>
      </w:r>
      <w:r w:rsidR="0087110C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Командна та </w:t>
      </w:r>
      <w:r w:rsidR="00915EDF">
        <w:rPr>
          <w:rFonts w:ascii="Times New Roman" w:hAnsi="Times New Roman" w:cs="Times New Roman"/>
          <w:sz w:val="24"/>
          <w:szCs w:val="24"/>
          <w:lang w:val="uk-UA"/>
        </w:rPr>
        <w:t>індивідуальна</w:t>
      </w:r>
      <w:r w:rsidR="00915EDF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7110C" w:rsidRPr="0016306A">
        <w:rPr>
          <w:rFonts w:ascii="Times New Roman" w:hAnsi="Times New Roman" w:cs="Times New Roman"/>
          <w:sz w:val="24"/>
          <w:szCs w:val="24"/>
          <w:lang w:val="uk-UA"/>
        </w:rPr>
        <w:t>участь студентів</w:t>
      </w:r>
    </w:p>
    <w:p w14:paraId="415F6880" w14:textId="635D39D5" w:rsidR="0087110C" w:rsidRPr="0016306A" w:rsidRDefault="65E111DC" w:rsidP="342ED9AE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Участь можуть брати студенти закладів вищої освіти — університетів, інститутів</w:t>
      </w:r>
      <w:r w:rsidR="00030E34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академій</w:t>
      </w:r>
      <w:r w:rsidR="0097300B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та</w:t>
      </w:r>
      <w:r w:rsidR="005C2B21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коледжі</w:t>
      </w:r>
      <w:r w:rsidR="00BC14DD" w:rsidRPr="0016306A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915EDF">
        <w:rPr>
          <w:rFonts w:ascii="Times New Roman" w:hAnsi="Times New Roman" w:cs="Times New Roman"/>
          <w:sz w:val="24"/>
          <w:szCs w:val="24"/>
          <w:lang w:val="uk-UA"/>
        </w:rPr>
        <w:t xml:space="preserve"> Обмеження віку учасників – </w:t>
      </w:r>
      <w:r w:rsidR="003F7CE6" w:rsidRPr="003F7CE6">
        <w:rPr>
          <w:rFonts w:ascii="Times New Roman" w:hAnsi="Times New Roman" w:cs="Times New Roman"/>
          <w:sz w:val="24"/>
          <w:szCs w:val="24"/>
          <w:lang w:val="uk-UA"/>
        </w:rPr>
        <w:t>25 р</w:t>
      </w:r>
      <w:r w:rsidR="00915EDF">
        <w:rPr>
          <w:rFonts w:ascii="Times New Roman" w:hAnsi="Times New Roman" w:cs="Times New Roman"/>
          <w:sz w:val="24"/>
          <w:szCs w:val="24"/>
          <w:lang w:val="uk-UA"/>
        </w:rPr>
        <w:t>оків.</w:t>
      </w:r>
    </w:p>
    <w:p w14:paraId="16E221A7" w14:textId="5F858A95" w:rsidR="00834655" w:rsidRDefault="73CD6C9F" w:rsidP="0087110C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Команда складається максимум з </w:t>
      </w:r>
      <w:r w:rsidR="0D5E3CF9" w:rsidRPr="0016306A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915EDF">
        <w:rPr>
          <w:rFonts w:ascii="Times New Roman" w:hAnsi="Times New Roman" w:cs="Times New Roman"/>
          <w:sz w:val="24"/>
          <w:szCs w:val="24"/>
          <w:lang w:val="uk-UA"/>
        </w:rPr>
        <w:t>-х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студентів та 1</w:t>
      </w:r>
      <w:r w:rsidR="00915EDF">
        <w:rPr>
          <w:rFonts w:ascii="Times New Roman" w:hAnsi="Times New Roman" w:cs="Times New Roman"/>
          <w:sz w:val="24"/>
          <w:szCs w:val="24"/>
          <w:lang w:val="uk-UA"/>
        </w:rPr>
        <w:t>-го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куратора/наставника</w:t>
      </w:r>
      <w:r w:rsidR="0087110C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Куратор входить до ліміту 5 </w:t>
      </w:r>
      <w:r w:rsidR="0D5E3CF9" w:rsidRPr="0016306A">
        <w:rPr>
          <w:rFonts w:ascii="Times New Roman" w:hAnsi="Times New Roman" w:cs="Times New Roman"/>
          <w:sz w:val="24"/>
          <w:szCs w:val="24"/>
          <w:lang w:val="uk-UA"/>
        </w:rPr>
        <w:t>учасників команди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6C472CE" w14:textId="70805E63" w:rsidR="00915EDF" w:rsidRDefault="00915EDF" w:rsidP="0087110C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Координатор закладу освіти може бути куратором команди студентів.</w:t>
      </w:r>
    </w:p>
    <w:p w14:paraId="22E5CD94" w14:textId="3B8875BC" w:rsidR="00915EDF" w:rsidRPr="0016306A" w:rsidRDefault="00915EDF" w:rsidP="0087110C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Координатором та куратор</w:t>
      </w:r>
      <w:r w:rsidR="004562FD">
        <w:rPr>
          <w:rFonts w:ascii="Times New Roman" w:hAnsi="Times New Roman" w:cs="Times New Roman"/>
          <w:sz w:val="24"/>
          <w:szCs w:val="24"/>
          <w:lang w:val="uk-UA"/>
        </w:rPr>
        <w:t xml:space="preserve">ом можуть бути лише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працівники 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заклад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у 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вищої освіти</w:t>
      </w:r>
      <w:r w:rsidR="004562FD">
        <w:rPr>
          <w:rFonts w:ascii="Times New Roman" w:hAnsi="Times New Roman" w:cs="Times New Roman"/>
          <w:sz w:val="24"/>
          <w:szCs w:val="24"/>
          <w:lang w:val="uk-UA"/>
        </w:rPr>
        <w:t xml:space="preserve"> (не студенти, не батьки, не залучені треті особи)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2A41CEE5" w14:textId="77777777" w:rsidR="00834655" w:rsidRPr="0016306A" w:rsidRDefault="65E111DC" w:rsidP="342ED9AE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До команди можуть входити студенти різних освітніх програм, курсів і, за потреби, різних закладів вищої освіти.</w:t>
      </w:r>
    </w:p>
    <w:p w14:paraId="1BDD9060" w14:textId="77777777" w:rsidR="00834655" w:rsidRPr="0016306A" w:rsidRDefault="65E111DC" w:rsidP="342ED9AE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Міждисциплінарні команди заохочуються.</w:t>
      </w:r>
    </w:p>
    <w:p w14:paraId="31B5FECF" w14:textId="77777777" w:rsidR="00834655" w:rsidRPr="0016306A" w:rsidRDefault="00D844A2">
      <w:pPr>
        <w:pStyle w:val="1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4. Формування команд</w:t>
      </w:r>
    </w:p>
    <w:p w14:paraId="62F87EE6" w14:textId="60BB3F26" w:rsidR="0087110C" w:rsidRPr="0016306A" w:rsidRDefault="0087110C" w:rsidP="00D12265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До участі в конкурсі допускаються студенти як  індивідуально, так і у складі команд.</w:t>
      </w:r>
    </w:p>
    <w:p w14:paraId="2B60AFC0" w14:textId="7384A9E3" w:rsidR="003F7CE6" w:rsidRPr="0016306A" w:rsidRDefault="65E111DC" w:rsidP="00D12265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Для індивідуальних учасників координатори закладів вищої освіти та організатори можуть допомогти </w:t>
      </w:r>
      <w:r w:rsidR="000B203F">
        <w:rPr>
          <w:rFonts w:ascii="Times New Roman" w:hAnsi="Times New Roman" w:cs="Times New Roman"/>
          <w:sz w:val="24"/>
          <w:szCs w:val="24"/>
          <w:lang w:val="uk-UA"/>
        </w:rPr>
        <w:t xml:space="preserve">долучитися до існуючої або новоствореної 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команди.</w:t>
      </w:r>
    </w:p>
    <w:p w14:paraId="4426BC8B" w14:textId="1E43C0F7" w:rsidR="00834655" w:rsidRPr="003F7CE6" w:rsidRDefault="003F7CE6" w:rsidP="003F7CE6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К</w:t>
      </w:r>
      <w:r w:rsidR="000B203F" w:rsidRPr="003F7CE6">
        <w:rPr>
          <w:rFonts w:ascii="Times New Roman" w:hAnsi="Times New Roman" w:cs="Times New Roman"/>
          <w:sz w:val="24"/>
          <w:szCs w:val="24"/>
          <w:lang w:val="uk-UA"/>
        </w:rPr>
        <w:t>інцев</w:t>
      </w:r>
      <w:r>
        <w:rPr>
          <w:rFonts w:ascii="Times New Roman" w:hAnsi="Times New Roman" w:cs="Times New Roman"/>
          <w:sz w:val="24"/>
          <w:szCs w:val="24"/>
          <w:lang w:val="uk-UA"/>
        </w:rPr>
        <w:t>ий</w:t>
      </w:r>
      <w:r w:rsidR="000B203F" w:rsidRPr="003F7CE6">
        <w:rPr>
          <w:rFonts w:ascii="Times New Roman" w:hAnsi="Times New Roman" w:cs="Times New Roman"/>
          <w:sz w:val="24"/>
          <w:szCs w:val="24"/>
          <w:lang w:val="uk-UA"/>
        </w:rPr>
        <w:t xml:space="preserve"> термін </w:t>
      </w:r>
      <w:r w:rsidR="65E111DC" w:rsidRPr="003F7CE6">
        <w:rPr>
          <w:rFonts w:ascii="Times New Roman" w:hAnsi="Times New Roman" w:cs="Times New Roman"/>
          <w:sz w:val="24"/>
          <w:szCs w:val="24"/>
          <w:lang w:val="uk-UA"/>
        </w:rPr>
        <w:t xml:space="preserve">для формування команди та вибору виклику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- 1 листопада.</w:t>
      </w:r>
      <w:r w:rsidR="65E111DC" w:rsidRPr="003F7CE6">
        <w:rPr>
          <w:rFonts w:ascii="Times New Roman" w:hAnsi="Times New Roman" w:cs="Times New Roman"/>
          <w:sz w:val="24"/>
          <w:szCs w:val="24"/>
          <w:lang w:val="uk-UA"/>
        </w:rPr>
        <w:t xml:space="preserve"> Реєстрація і вибір виклику відкриті з 5 жовтня до </w:t>
      </w: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3F7CE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65E111DC" w:rsidRPr="003F7CE6">
        <w:rPr>
          <w:rFonts w:ascii="Times New Roman" w:hAnsi="Times New Roman" w:cs="Times New Roman"/>
          <w:sz w:val="24"/>
          <w:szCs w:val="24"/>
          <w:lang w:val="uk-UA"/>
        </w:rPr>
        <w:t xml:space="preserve">листопада; </w:t>
      </w:r>
    </w:p>
    <w:p w14:paraId="5A2DB12E" w14:textId="64689AF8" w:rsidR="00834655" w:rsidRPr="0016306A" w:rsidRDefault="65E111DC" w:rsidP="00D12265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Одна команда </w:t>
      </w:r>
      <w:r w:rsidR="000B203F">
        <w:rPr>
          <w:rFonts w:ascii="Times New Roman" w:hAnsi="Times New Roman" w:cs="Times New Roman"/>
          <w:sz w:val="24"/>
          <w:szCs w:val="24"/>
          <w:lang w:val="uk-UA"/>
        </w:rPr>
        <w:t xml:space="preserve">або індивідуальний учасник 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працює над одним викликом.</w:t>
      </w:r>
    </w:p>
    <w:p w14:paraId="6A3209B0" w14:textId="77777777" w:rsidR="00834655" w:rsidRPr="0016306A" w:rsidRDefault="00D844A2">
      <w:pPr>
        <w:pStyle w:val="1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5. </w:t>
      </w:r>
      <w:r w:rsidR="00D12265" w:rsidRPr="0016306A">
        <w:rPr>
          <w:rFonts w:ascii="Times New Roman" w:hAnsi="Times New Roman" w:cs="Times New Roman"/>
          <w:sz w:val="24"/>
          <w:szCs w:val="24"/>
          <w:lang w:val="uk-UA"/>
        </w:rPr>
        <w:t>Портфоліо викликів</w:t>
      </w:r>
    </w:p>
    <w:p w14:paraId="74CD3DFE" w14:textId="77777777" w:rsidR="00834655" w:rsidRPr="0016306A" w:rsidRDefault="65E111DC" w:rsidP="342ED9AE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Виклики формуються на основі реальних потреб представників сектору ягід і горіхів.</w:t>
      </w:r>
    </w:p>
    <w:p w14:paraId="0559DA1A" w14:textId="77777777" w:rsidR="00834655" w:rsidRPr="0016306A" w:rsidRDefault="65E111DC" w:rsidP="342ED9AE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Студенти обирають виклик із </w:t>
      </w:r>
      <w:r w:rsidR="185DF869" w:rsidRPr="0016306A">
        <w:rPr>
          <w:rFonts w:ascii="Times New Roman" w:hAnsi="Times New Roman" w:cs="Times New Roman"/>
          <w:sz w:val="24"/>
          <w:szCs w:val="24"/>
          <w:lang w:val="uk-UA"/>
        </w:rPr>
        <w:t>Портфоліо викликів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907590D" w14:textId="77777777" w:rsidR="00834655" w:rsidRPr="0016306A" w:rsidRDefault="65E111DC" w:rsidP="342ED9AE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Виклики можуть стосуватися якості та безпечності, стандартизації, лабораторій, оцінки відповідності, логістики, простежуваності, </w:t>
      </w:r>
      <w:proofErr w:type="spellStart"/>
      <w:r w:rsidRPr="0016306A">
        <w:rPr>
          <w:rFonts w:ascii="Times New Roman" w:hAnsi="Times New Roman" w:cs="Times New Roman"/>
          <w:sz w:val="24"/>
          <w:szCs w:val="24"/>
          <w:lang w:val="uk-UA"/>
        </w:rPr>
        <w:t>цифровізації</w:t>
      </w:r>
      <w:proofErr w:type="spellEnd"/>
      <w:r w:rsidRPr="0016306A">
        <w:rPr>
          <w:rFonts w:ascii="Times New Roman" w:hAnsi="Times New Roman" w:cs="Times New Roman"/>
          <w:sz w:val="24"/>
          <w:szCs w:val="24"/>
          <w:lang w:val="uk-UA"/>
        </w:rPr>
        <w:t>, автоматизації, пакування, скорочення харчових втрат, перероблення побічних продуктів, виходу на ринки та інших актуальних питань.</w:t>
      </w:r>
    </w:p>
    <w:p w14:paraId="28D70EBD" w14:textId="77AEE632" w:rsidR="65E111DC" w:rsidRPr="0016306A" w:rsidRDefault="65E111DC" w:rsidP="342ED9AE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Команда працює саме над конкретною проблемою</w:t>
      </w:r>
      <w:r w:rsidR="2883B0EA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та обраним аспектом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, визначен</w:t>
      </w:r>
      <w:r w:rsidR="7AF2AEB3" w:rsidRPr="0016306A">
        <w:rPr>
          <w:rFonts w:ascii="Times New Roman" w:hAnsi="Times New Roman" w:cs="Times New Roman"/>
          <w:sz w:val="24"/>
          <w:szCs w:val="24"/>
          <w:lang w:val="uk-UA"/>
        </w:rPr>
        <w:t>им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у виклику.</w:t>
      </w:r>
    </w:p>
    <w:p w14:paraId="25B36465" w14:textId="3BBFF182" w:rsidR="1B225EF7" w:rsidRPr="0016306A" w:rsidRDefault="7BA716B9" w:rsidP="342ED9AE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Кількість команд, які можуть обрати один виклик, попередньо не обмежується. У разі</w:t>
      </w:r>
      <w:r w:rsidR="0025330A" w:rsidRPr="0016306A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якщо кілька команд працюватимуть над одним викликом, вони мають визначити різні аспекти проблеми або запропонувати різні підходи до її вирішення.</w:t>
      </w:r>
    </w:p>
    <w:p w14:paraId="2A92D367" w14:textId="5777372E" w:rsidR="342ED9AE" w:rsidRPr="0016306A" w:rsidRDefault="342ED9AE" w:rsidP="00AC45E8">
      <w:pPr>
        <w:pStyle w:val="a0"/>
        <w:numPr>
          <w:ilvl w:val="0"/>
          <w:numId w:val="0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DAB6C7B" w14:textId="3DCE9228" w:rsidR="00D12265" w:rsidRPr="0016306A" w:rsidRDefault="00D844A2" w:rsidP="00AC45E8">
      <w:pPr>
        <w:pStyle w:val="1"/>
        <w:spacing w:before="0" w:line="360" w:lineRule="auto"/>
        <w:rPr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6. </w:t>
      </w:r>
      <w:proofErr w:type="spellStart"/>
      <w:r w:rsidRPr="0016306A">
        <w:rPr>
          <w:rFonts w:ascii="Times New Roman" w:hAnsi="Times New Roman" w:cs="Times New Roman"/>
          <w:sz w:val="24"/>
          <w:szCs w:val="24"/>
          <w:lang w:val="uk-UA"/>
        </w:rPr>
        <w:t>Таймінг</w:t>
      </w:r>
      <w:proofErr w:type="spellEnd"/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конкурсу</w:t>
      </w:r>
      <w:r w:rsidR="009232E6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2026</w:t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6"/>
        <w:gridCol w:w="2268"/>
        <w:gridCol w:w="6024"/>
      </w:tblGrid>
      <w:tr w:rsidR="00834655" w:rsidRPr="00AC45E8" w14:paraId="476CC2FC" w14:textId="77777777" w:rsidTr="0016306A">
        <w:trPr>
          <w:jc w:val="center"/>
        </w:trPr>
        <w:tc>
          <w:tcPr>
            <w:tcW w:w="2056" w:type="dxa"/>
            <w:vAlign w:val="center"/>
          </w:tcPr>
          <w:p w14:paraId="739F47D8" w14:textId="77777777" w:rsidR="00834655" w:rsidRPr="00AC45E8" w:rsidRDefault="00D844A2" w:rsidP="00D12265">
            <w:pPr>
              <w:jc w:val="center"/>
              <w:rPr>
                <w:rFonts w:ascii="Times New Roman" w:hAnsi="Times New Roman" w:cs="Times New Roman"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b/>
                <w:sz w:val="22"/>
                <w:lang w:val="uk-UA"/>
              </w:rPr>
              <w:t>Дата / період</w:t>
            </w:r>
          </w:p>
        </w:tc>
        <w:tc>
          <w:tcPr>
            <w:tcW w:w="2268" w:type="dxa"/>
            <w:vAlign w:val="center"/>
          </w:tcPr>
          <w:p w14:paraId="5AA37129" w14:textId="77777777" w:rsidR="00834655" w:rsidRPr="00AC45E8" w:rsidRDefault="00D844A2" w:rsidP="00D12265">
            <w:pPr>
              <w:jc w:val="center"/>
              <w:rPr>
                <w:rFonts w:ascii="Times New Roman" w:hAnsi="Times New Roman" w:cs="Times New Roman"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b/>
                <w:sz w:val="22"/>
                <w:lang w:val="uk-UA"/>
              </w:rPr>
              <w:t>Етап</w:t>
            </w:r>
          </w:p>
        </w:tc>
        <w:tc>
          <w:tcPr>
            <w:tcW w:w="6024" w:type="dxa"/>
            <w:vAlign w:val="center"/>
          </w:tcPr>
          <w:p w14:paraId="237E8F52" w14:textId="77777777" w:rsidR="00834655" w:rsidRPr="00AC45E8" w:rsidRDefault="00D844A2" w:rsidP="00D12265">
            <w:pPr>
              <w:jc w:val="center"/>
              <w:rPr>
                <w:rFonts w:ascii="Times New Roman" w:hAnsi="Times New Roman" w:cs="Times New Roman"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b/>
                <w:sz w:val="22"/>
                <w:lang w:val="uk-UA"/>
              </w:rPr>
              <w:t>Що відбувається</w:t>
            </w:r>
          </w:p>
        </w:tc>
      </w:tr>
      <w:tr w:rsidR="00834655" w:rsidRPr="003F7CE6" w14:paraId="63CA6F9F" w14:textId="77777777" w:rsidTr="0016306A">
        <w:trPr>
          <w:jc w:val="center"/>
        </w:trPr>
        <w:tc>
          <w:tcPr>
            <w:tcW w:w="2056" w:type="dxa"/>
          </w:tcPr>
          <w:p w14:paraId="40BC3D2B" w14:textId="77777777" w:rsidR="00834655" w:rsidRPr="00AC45E8" w:rsidRDefault="00D844A2" w:rsidP="00D1226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b/>
                <w:bCs/>
                <w:sz w:val="22"/>
                <w:lang w:val="uk-UA"/>
              </w:rPr>
              <w:t>5 жовтня</w:t>
            </w:r>
          </w:p>
        </w:tc>
        <w:tc>
          <w:tcPr>
            <w:tcW w:w="2268" w:type="dxa"/>
          </w:tcPr>
          <w:p w14:paraId="34B788DF" w14:textId="07165C5B" w:rsidR="00834655" w:rsidRPr="00AC45E8" w:rsidRDefault="00D12265" w:rsidP="00D12265">
            <w:pPr>
              <w:jc w:val="center"/>
              <w:rPr>
                <w:rFonts w:ascii="Times New Roman" w:hAnsi="Times New Roman" w:cs="Times New Roman"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Запуск </w:t>
            </w:r>
            <w:r w:rsidR="004010BD"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конкурсу </w:t>
            </w:r>
            <w:proofErr w:type="spellStart"/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>Student</w:t>
            </w:r>
            <w:proofErr w:type="spellEnd"/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 </w:t>
            </w:r>
            <w:proofErr w:type="spellStart"/>
            <w:r w:rsidR="00216E0D" w:rsidRPr="00AC45E8">
              <w:rPr>
                <w:rFonts w:ascii="Times New Roman" w:hAnsi="Times New Roman" w:cs="Times New Roman"/>
                <w:sz w:val="22"/>
                <w:lang w:val="uk-UA"/>
              </w:rPr>
              <w:t>Innovation</w:t>
            </w:r>
            <w:proofErr w:type="spellEnd"/>
            <w:r w:rsidR="00216E0D"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 </w:t>
            </w:r>
            <w:proofErr w:type="spellStart"/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>Challenge</w:t>
            </w:r>
            <w:proofErr w:type="spellEnd"/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 </w:t>
            </w:r>
          </w:p>
        </w:tc>
        <w:tc>
          <w:tcPr>
            <w:tcW w:w="6024" w:type="dxa"/>
          </w:tcPr>
          <w:p w14:paraId="51A15B4E" w14:textId="6478BEAC" w:rsidR="00834655" w:rsidRPr="00AC45E8" w:rsidRDefault="00D844A2" w:rsidP="00D12265">
            <w:pPr>
              <w:jc w:val="both"/>
              <w:rPr>
                <w:rFonts w:ascii="Times New Roman" w:hAnsi="Times New Roman" w:cs="Times New Roman"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Офіційний запуск, презентація </w:t>
            </w:r>
            <w:r w:rsidR="00D12265" w:rsidRPr="00AC45E8">
              <w:rPr>
                <w:rFonts w:ascii="Times New Roman" w:hAnsi="Times New Roman" w:cs="Times New Roman"/>
                <w:sz w:val="22"/>
                <w:lang w:val="uk-UA"/>
              </w:rPr>
              <w:t>Портфоліо викликів</w:t>
            </w: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>, відкриття реєстрації студентів</w:t>
            </w:r>
            <w:r w:rsidR="000D4A4B"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 (індивідуально та командами)</w:t>
            </w: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>.</w:t>
            </w:r>
          </w:p>
        </w:tc>
      </w:tr>
      <w:tr w:rsidR="00834655" w:rsidRPr="003F7CE6" w14:paraId="679B4C04" w14:textId="77777777" w:rsidTr="0016306A">
        <w:trPr>
          <w:jc w:val="center"/>
        </w:trPr>
        <w:tc>
          <w:tcPr>
            <w:tcW w:w="2056" w:type="dxa"/>
          </w:tcPr>
          <w:p w14:paraId="2798DABC" w14:textId="77777777" w:rsidR="00834655" w:rsidRPr="00AC45E8" w:rsidRDefault="00D12265" w:rsidP="00D1226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b/>
                <w:bCs/>
                <w:sz w:val="22"/>
                <w:lang w:val="uk-UA"/>
              </w:rPr>
              <w:t>5 жовтня – 6 листопада</w:t>
            </w:r>
          </w:p>
        </w:tc>
        <w:tc>
          <w:tcPr>
            <w:tcW w:w="2268" w:type="dxa"/>
          </w:tcPr>
          <w:p w14:paraId="4E2BB084" w14:textId="77777777" w:rsidR="00834655" w:rsidRPr="00AC45E8" w:rsidRDefault="00D12265" w:rsidP="00D12265">
            <w:pPr>
              <w:jc w:val="center"/>
              <w:rPr>
                <w:rFonts w:ascii="Times New Roman" w:hAnsi="Times New Roman" w:cs="Times New Roman"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>Інноваційний спринт</w:t>
            </w:r>
          </w:p>
        </w:tc>
        <w:tc>
          <w:tcPr>
            <w:tcW w:w="6024" w:type="dxa"/>
          </w:tcPr>
          <w:p w14:paraId="2F02CDE9" w14:textId="7900A887" w:rsidR="00834655" w:rsidRPr="00AC45E8" w:rsidRDefault="00D844A2" w:rsidP="00D12265">
            <w:pPr>
              <w:jc w:val="both"/>
              <w:rPr>
                <w:rFonts w:ascii="Times New Roman" w:hAnsi="Times New Roman" w:cs="Times New Roman"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>Дослідження, розроб</w:t>
            </w:r>
            <w:r w:rsidR="000B203F">
              <w:rPr>
                <w:rFonts w:ascii="Times New Roman" w:hAnsi="Times New Roman" w:cs="Times New Roman"/>
                <w:sz w:val="22"/>
                <w:lang w:val="uk-UA"/>
              </w:rPr>
              <w:t>ка</w:t>
            </w: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>, тестування та підготовка рішення.</w:t>
            </w:r>
            <w:r w:rsidR="0016306A"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 </w:t>
            </w:r>
            <w:r w:rsidR="00245FA7" w:rsidRPr="00AC45E8">
              <w:rPr>
                <w:rFonts w:ascii="Times New Roman" w:hAnsi="Times New Roman" w:cs="Times New Roman"/>
                <w:sz w:val="22"/>
                <w:lang w:val="uk-UA"/>
              </w:rPr>
              <w:t>Написання</w:t>
            </w:r>
            <w:r w:rsidR="000D672B" w:rsidRPr="00AC45E8">
              <w:rPr>
                <w:rFonts w:ascii="Times New Roman" w:hAnsi="Times New Roman" w:cs="Times New Roman"/>
                <w:sz w:val="22"/>
                <w:lang w:val="uk-UA"/>
              </w:rPr>
              <w:t>/оформлення</w:t>
            </w:r>
            <w:r w:rsidR="0016306A"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 </w:t>
            </w:r>
            <w:r w:rsidR="00245FA7" w:rsidRPr="00AC45E8">
              <w:rPr>
                <w:rFonts w:ascii="Times New Roman" w:hAnsi="Times New Roman" w:cs="Times New Roman"/>
                <w:sz w:val="22"/>
                <w:lang w:val="uk-UA"/>
              </w:rPr>
              <w:t>роботи</w:t>
            </w:r>
            <w:r w:rsidR="000D672B" w:rsidRPr="00AC45E8">
              <w:rPr>
                <w:rFonts w:ascii="Times New Roman" w:hAnsi="Times New Roman" w:cs="Times New Roman"/>
                <w:sz w:val="22"/>
                <w:lang w:val="uk-UA"/>
              </w:rPr>
              <w:t>/презентації</w:t>
            </w:r>
            <w:r w:rsidR="00BA7610" w:rsidRPr="00AC45E8">
              <w:rPr>
                <w:rFonts w:ascii="Times New Roman" w:hAnsi="Times New Roman" w:cs="Times New Roman"/>
                <w:sz w:val="22"/>
                <w:lang w:val="uk-UA"/>
              </w:rPr>
              <w:t>/проєкту</w:t>
            </w:r>
          </w:p>
        </w:tc>
      </w:tr>
      <w:tr w:rsidR="00834655" w:rsidRPr="003F7CE6" w14:paraId="438C4C57" w14:textId="77777777" w:rsidTr="0016306A">
        <w:trPr>
          <w:jc w:val="center"/>
        </w:trPr>
        <w:tc>
          <w:tcPr>
            <w:tcW w:w="2056" w:type="dxa"/>
          </w:tcPr>
          <w:p w14:paraId="0049AE60" w14:textId="77777777" w:rsidR="00834655" w:rsidRPr="00AC45E8" w:rsidRDefault="00D844A2" w:rsidP="00D1226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b/>
                <w:bCs/>
                <w:sz w:val="22"/>
                <w:lang w:val="uk-UA"/>
              </w:rPr>
              <w:t>6 листопада</w:t>
            </w:r>
          </w:p>
        </w:tc>
        <w:tc>
          <w:tcPr>
            <w:tcW w:w="2268" w:type="dxa"/>
          </w:tcPr>
          <w:p w14:paraId="6BD373D4" w14:textId="77777777" w:rsidR="00834655" w:rsidRPr="00AC45E8" w:rsidRDefault="00D844A2" w:rsidP="00D12265">
            <w:pPr>
              <w:jc w:val="center"/>
              <w:rPr>
                <w:rFonts w:ascii="Times New Roman" w:hAnsi="Times New Roman" w:cs="Times New Roman"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>Подача робіт</w:t>
            </w:r>
          </w:p>
        </w:tc>
        <w:tc>
          <w:tcPr>
            <w:tcW w:w="6024" w:type="dxa"/>
          </w:tcPr>
          <w:p w14:paraId="06DBFF76" w14:textId="5C9B9E78" w:rsidR="00834655" w:rsidRPr="00AC45E8" w:rsidRDefault="00D844A2" w:rsidP="00D12265">
            <w:pPr>
              <w:jc w:val="both"/>
              <w:rPr>
                <w:rFonts w:ascii="Times New Roman" w:hAnsi="Times New Roman" w:cs="Times New Roman"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Кінцевий термін подання </w:t>
            </w:r>
            <w:r w:rsidR="000A4F5A">
              <w:rPr>
                <w:rFonts w:ascii="Times New Roman" w:hAnsi="Times New Roman" w:cs="Times New Roman"/>
                <w:sz w:val="22"/>
                <w:lang w:val="uk-UA"/>
              </w:rPr>
              <w:t>пакету конкурсних матеріалів (</w:t>
            </w: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>презентації</w:t>
            </w:r>
            <w:r w:rsidR="000A4F5A">
              <w:rPr>
                <w:rFonts w:ascii="Times New Roman" w:hAnsi="Times New Roman" w:cs="Times New Roman"/>
                <w:sz w:val="22"/>
                <w:lang w:val="uk-UA"/>
              </w:rPr>
              <w:t xml:space="preserve"> (</w:t>
            </w:r>
            <w:proofErr w:type="spellStart"/>
            <w:r w:rsidR="000A4F5A">
              <w:rPr>
                <w:rFonts w:ascii="Times New Roman" w:hAnsi="Times New Roman" w:cs="Times New Roman"/>
                <w:sz w:val="22"/>
                <w:lang w:val="uk-UA"/>
              </w:rPr>
              <w:t>обов</w:t>
            </w:r>
            <w:proofErr w:type="spellEnd"/>
            <w:r w:rsidR="000A4F5A" w:rsidRPr="000A4F5A">
              <w:rPr>
                <w:rFonts w:ascii="Times New Roman" w:hAnsi="Times New Roman" w:cs="Times New Roman"/>
                <w:sz w:val="22"/>
                <w:lang w:val="ru-RU"/>
              </w:rPr>
              <w:t>’</w:t>
            </w:r>
            <w:proofErr w:type="spellStart"/>
            <w:r w:rsidR="000A4F5A">
              <w:rPr>
                <w:rFonts w:ascii="Times New Roman" w:hAnsi="Times New Roman" w:cs="Times New Roman"/>
                <w:sz w:val="22"/>
                <w:lang w:val="uk-UA"/>
              </w:rPr>
              <w:t>язково</w:t>
            </w:r>
            <w:proofErr w:type="spellEnd"/>
            <w:r w:rsidR="000A4F5A">
              <w:rPr>
                <w:rFonts w:ascii="Times New Roman" w:hAnsi="Times New Roman" w:cs="Times New Roman"/>
                <w:sz w:val="22"/>
                <w:lang w:val="uk-UA"/>
              </w:rPr>
              <w:t>), письмового опису рішення (за бажанням))</w:t>
            </w: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>.</w:t>
            </w:r>
          </w:p>
        </w:tc>
      </w:tr>
      <w:tr w:rsidR="00834655" w:rsidRPr="003F7CE6" w14:paraId="48F9BF65" w14:textId="77777777" w:rsidTr="0016306A">
        <w:trPr>
          <w:jc w:val="center"/>
        </w:trPr>
        <w:tc>
          <w:tcPr>
            <w:tcW w:w="2056" w:type="dxa"/>
          </w:tcPr>
          <w:p w14:paraId="42901592" w14:textId="77777777" w:rsidR="00834655" w:rsidRPr="00AC45E8" w:rsidRDefault="00D844A2" w:rsidP="00D1226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b/>
                <w:bCs/>
                <w:sz w:val="22"/>
                <w:lang w:val="uk-UA"/>
              </w:rPr>
              <w:t>7–10 листопада</w:t>
            </w:r>
          </w:p>
        </w:tc>
        <w:tc>
          <w:tcPr>
            <w:tcW w:w="2268" w:type="dxa"/>
          </w:tcPr>
          <w:p w14:paraId="0268B58E" w14:textId="29723357" w:rsidR="00834655" w:rsidRPr="00AC45E8" w:rsidRDefault="00D844A2" w:rsidP="00D12265">
            <w:pPr>
              <w:jc w:val="center"/>
              <w:rPr>
                <w:rFonts w:ascii="Times New Roman" w:hAnsi="Times New Roman" w:cs="Times New Roman"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>Підготовка</w:t>
            </w:r>
            <w:r w:rsidR="000E281A"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 до презентації робіт</w:t>
            </w:r>
          </w:p>
        </w:tc>
        <w:tc>
          <w:tcPr>
            <w:tcW w:w="6024" w:type="dxa"/>
          </w:tcPr>
          <w:p w14:paraId="7B16B378" w14:textId="630CDDDB" w:rsidR="00834655" w:rsidRPr="00AC45E8" w:rsidRDefault="0087110C" w:rsidP="00D12265">
            <w:pPr>
              <w:jc w:val="both"/>
              <w:rPr>
                <w:rFonts w:ascii="Times New Roman" w:hAnsi="Times New Roman" w:cs="Times New Roman"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>Пі</w:t>
            </w:r>
            <w:r w:rsidR="00D844A2" w:rsidRPr="00AC45E8">
              <w:rPr>
                <w:rFonts w:ascii="Times New Roman" w:hAnsi="Times New Roman" w:cs="Times New Roman"/>
                <w:sz w:val="22"/>
                <w:lang w:val="uk-UA"/>
              </w:rPr>
              <w:t>дготовка до презентацій</w:t>
            </w:r>
            <w:r w:rsidR="00FC3147"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 роботи/проєкту</w:t>
            </w:r>
            <w:r w:rsidR="00D844A2" w:rsidRPr="00AC45E8">
              <w:rPr>
                <w:rFonts w:ascii="Times New Roman" w:hAnsi="Times New Roman" w:cs="Times New Roman"/>
                <w:sz w:val="22"/>
                <w:lang w:val="uk-UA"/>
              </w:rPr>
              <w:t>.</w:t>
            </w:r>
          </w:p>
        </w:tc>
      </w:tr>
      <w:tr w:rsidR="00834655" w:rsidRPr="003F7CE6" w14:paraId="37CCAF2D" w14:textId="77777777" w:rsidTr="0016306A">
        <w:trPr>
          <w:jc w:val="center"/>
        </w:trPr>
        <w:tc>
          <w:tcPr>
            <w:tcW w:w="2056" w:type="dxa"/>
          </w:tcPr>
          <w:p w14:paraId="7809A079" w14:textId="77777777" w:rsidR="00834655" w:rsidRPr="00AC45E8" w:rsidRDefault="00D844A2" w:rsidP="00D1226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b/>
                <w:bCs/>
                <w:sz w:val="22"/>
                <w:lang w:val="uk-UA"/>
              </w:rPr>
              <w:t>11–12 листопада</w:t>
            </w:r>
          </w:p>
        </w:tc>
        <w:tc>
          <w:tcPr>
            <w:tcW w:w="2268" w:type="dxa"/>
          </w:tcPr>
          <w:p w14:paraId="2222322E" w14:textId="6A7FD167" w:rsidR="00834655" w:rsidRPr="00AC45E8" w:rsidRDefault="00BA7610" w:rsidP="00D12265">
            <w:pPr>
              <w:jc w:val="center"/>
              <w:rPr>
                <w:rFonts w:ascii="Times New Roman" w:hAnsi="Times New Roman" w:cs="Times New Roman"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>П</w:t>
            </w:r>
            <w:r w:rsidR="00D12265" w:rsidRPr="00AC45E8">
              <w:rPr>
                <w:rFonts w:ascii="Times New Roman" w:hAnsi="Times New Roman" w:cs="Times New Roman"/>
                <w:sz w:val="22"/>
                <w:lang w:val="uk-UA"/>
              </w:rPr>
              <w:t>резентація проєкту</w:t>
            </w:r>
          </w:p>
        </w:tc>
        <w:tc>
          <w:tcPr>
            <w:tcW w:w="6024" w:type="dxa"/>
          </w:tcPr>
          <w:p w14:paraId="64F00F51" w14:textId="73C6AD10" w:rsidR="00834655" w:rsidRPr="00AC45E8" w:rsidRDefault="00D844A2" w:rsidP="00D12265">
            <w:pPr>
              <w:jc w:val="both"/>
              <w:rPr>
                <w:rFonts w:ascii="Times New Roman" w:hAnsi="Times New Roman" w:cs="Times New Roman"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Презентації команд </w:t>
            </w:r>
            <w:r w:rsidR="001415E5"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представляються </w:t>
            </w: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перед </w:t>
            </w:r>
            <w:r w:rsidR="005A179F" w:rsidRPr="00AC45E8">
              <w:rPr>
                <w:rFonts w:ascii="Times New Roman" w:hAnsi="Times New Roman" w:cs="Times New Roman"/>
                <w:sz w:val="22"/>
                <w:lang w:val="uk-UA"/>
              </w:rPr>
              <w:t>експертн</w:t>
            </w:r>
            <w:r w:rsidR="00052300" w:rsidRPr="00AC45E8">
              <w:rPr>
                <w:rFonts w:ascii="Times New Roman" w:hAnsi="Times New Roman" w:cs="Times New Roman"/>
                <w:sz w:val="22"/>
                <w:lang w:val="uk-UA"/>
              </w:rPr>
              <w:t>им</w:t>
            </w:r>
            <w:r w:rsidR="005A179F"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 </w:t>
            </w: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>журі</w:t>
            </w:r>
            <w:r w:rsidR="00B42BE3"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 (</w:t>
            </w:r>
            <w:r w:rsidR="00810973"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на </w:t>
            </w:r>
            <w:r w:rsidR="00915EDF">
              <w:rPr>
                <w:rFonts w:ascii="Times New Roman" w:hAnsi="Times New Roman" w:cs="Times New Roman"/>
                <w:sz w:val="22"/>
                <w:lang w:val="uk-UA"/>
              </w:rPr>
              <w:t>онлайн-зустрічі</w:t>
            </w:r>
            <w:r w:rsidR="00B42BE3" w:rsidRPr="00AC45E8">
              <w:rPr>
                <w:rFonts w:ascii="Times New Roman" w:hAnsi="Times New Roman" w:cs="Times New Roman"/>
                <w:sz w:val="22"/>
                <w:lang w:val="uk-UA"/>
              </w:rPr>
              <w:t>)</w:t>
            </w: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>.</w:t>
            </w:r>
            <w:r w:rsidR="0016306A"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 </w:t>
            </w:r>
            <w:r w:rsidR="0087110C"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Зустріч відкрита для </w:t>
            </w:r>
            <w:r w:rsidR="00915EDF">
              <w:rPr>
                <w:rFonts w:ascii="Times New Roman" w:hAnsi="Times New Roman" w:cs="Times New Roman"/>
                <w:sz w:val="22"/>
                <w:lang w:val="uk-UA"/>
              </w:rPr>
              <w:t>всіх</w:t>
            </w:r>
            <w:r w:rsidR="00915EDF"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 </w:t>
            </w:r>
            <w:r w:rsidR="0087110C" w:rsidRPr="00AC45E8">
              <w:rPr>
                <w:rFonts w:ascii="Times New Roman" w:hAnsi="Times New Roman" w:cs="Times New Roman"/>
                <w:sz w:val="22"/>
                <w:lang w:val="uk-UA"/>
              </w:rPr>
              <w:t>учасників конкурсу</w:t>
            </w:r>
            <w:r w:rsidR="000B203F">
              <w:rPr>
                <w:rFonts w:ascii="Times New Roman" w:hAnsi="Times New Roman" w:cs="Times New Roman"/>
                <w:sz w:val="22"/>
                <w:lang w:val="uk-UA"/>
              </w:rPr>
              <w:t xml:space="preserve"> та представників ягідного та горіхового сектор</w:t>
            </w:r>
            <w:r w:rsidR="000A4F5A">
              <w:rPr>
                <w:rFonts w:ascii="Times New Roman" w:hAnsi="Times New Roman" w:cs="Times New Roman"/>
                <w:sz w:val="22"/>
                <w:lang w:val="uk-UA"/>
              </w:rPr>
              <w:t>у</w:t>
            </w:r>
            <w:r w:rsidR="000B203F">
              <w:rPr>
                <w:rFonts w:ascii="Times New Roman" w:hAnsi="Times New Roman" w:cs="Times New Roman"/>
                <w:sz w:val="22"/>
                <w:lang w:val="uk-UA"/>
              </w:rPr>
              <w:t xml:space="preserve"> (виробники, експортери, громадські об</w:t>
            </w:r>
            <w:r w:rsidR="000B203F" w:rsidRPr="005D440B">
              <w:rPr>
                <w:rFonts w:ascii="Times New Roman" w:hAnsi="Times New Roman" w:cs="Times New Roman"/>
                <w:sz w:val="22"/>
                <w:lang w:val="ru-RU"/>
              </w:rPr>
              <w:t>’</w:t>
            </w:r>
            <w:r w:rsidR="000B203F">
              <w:rPr>
                <w:rFonts w:ascii="Times New Roman" w:hAnsi="Times New Roman" w:cs="Times New Roman"/>
                <w:sz w:val="22"/>
                <w:lang w:val="uk-UA"/>
              </w:rPr>
              <w:t>єднання тощо)</w:t>
            </w:r>
            <w:r w:rsidR="0087110C" w:rsidRPr="00AC45E8">
              <w:rPr>
                <w:rFonts w:ascii="Times New Roman" w:hAnsi="Times New Roman" w:cs="Times New Roman"/>
                <w:sz w:val="22"/>
                <w:lang w:val="uk-UA"/>
              </w:rPr>
              <w:t>.</w:t>
            </w:r>
          </w:p>
        </w:tc>
      </w:tr>
      <w:tr w:rsidR="00834655" w:rsidRPr="003F7CE6" w14:paraId="68999BC6" w14:textId="77777777" w:rsidTr="0016306A">
        <w:trPr>
          <w:jc w:val="center"/>
        </w:trPr>
        <w:tc>
          <w:tcPr>
            <w:tcW w:w="2056" w:type="dxa"/>
          </w:tcPr>
          <w:p w14:paraId="029CE942" w14:textId="77777777" w:rsidR="00834655" w:rsidRPr="00AC45E8" w:rsidRDefault="00D844A2" w:rsidP="00D1226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b/>
                <w:bCs/>
                <w:sz w:val="22"/>
                <w:lang w:val="uk-UA"/>
              </w:rPr>
              <w:t>13–16 листопада</w:t>
            </w:r>
          </w:p>
        </w:tc>
        <w:tc>
          <w:tcPr>
            <w:tcW w:w="2268" w:type="dxa"/>
          </w:tcPr>
          <w:p w14:paraId="5E2214AA" w14:textId="77777777" w:rsidR="00834655" w:rsidRPr="00AC45E8" w:rsidRDefault="00D844A2" w:rsidP="00D12265">
            <w:pPr>
              <w:jc w:val="center"/>
              <w:rPr>
                <w:rFonts w:ascii="Times New Roman" w:hAnsi="Times New Roman" w:cs="Times New Roman"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>Оцінювання</w:t>
            </w:r>
          </w:p>
        </w:tc>
        <w:tc>
          <w:tcPr>
            <w:tcW w:w="6024" w:type="dxa"/>
          </w:tcPr>
          <w:p w14:paraId="458DD382" w14:textId="3DB8FE9B" w:rsidR="00834655" w:rsidRPr="00AC45E8" w:rsidRDefault="00D844A2" w:rsidP="00D12265">
            <w:pPr>
              <w:jc w:val="both"/>
              <w:rPr>
                <w:rFonts w:ascii="Times New Roman" w:hAnsi="Times New Roman" w:cs="Times New Roman"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>Підсумкове оцінювання</w:t>
            </w:r>
            <w:r w:rsidR="005F61E7"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 поданих робіт</w:t>
            </w: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>.</w:t>
            </w:r>
            <w:r w:rsidR="005F61E7"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 Визначення переможця і фіналістів</w:t>
            </w:r>
          </w:p>
        </w:tc>
      </w:tr>
      <w:tr w:rsidR="00834655" w:rsidRPr="003F7CE6" w14:paraId="628A1A61" w14:textId="77777777" w:rsidTr="0016306A">
        <w:trPr>
          <w:jc w:val="center"/>
        </w:trPr>
        <w:tc>
          <w:tcPr>
            <w:tcW w:w="2056" w:type="dxa"/>
          </w:tcPr>
          <w:p w14:paraId="40A37CC4" w14:textId="0B195B01" w:rsidR="00834655" w:rsidRPr="00AC45E8" w:rsidRDefault="00D844A2" w:rsidP="00D1226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b/>
                <w:bCs/>
                <w:sz w:val="22"/>
                <w:lang w:val="uk-UA"/>
              </w:rPr>
              <w:t>18 листопада</w:t>
            </w:r>
          </w:p>
        </w:tc>
        <w:tc>
          <w:tcPr>
            <w:tcW w:w="2268" w:type="dxa"/>
          </w:tcPr>
          <w:p w14:paraId="054043AF" w14:textId="77777777" w:rsidR="00834655" w:rsidRPr="00AC45E8" w:rsidRDefault="00D844A2" w:rsidP="00D12265">
            <w:pPr>
              <w:jc w:val="center"/>
              <w:rPr>
                <w:rFonts w:ascii="Times New Roman" w:hAnsi="Times New Roman" w:cs="Times New Roman"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>Результати</w:t>
            </w:r>
          </w:p>
        </w:tc>
        <w:tc>
          <w:tcPr>
            <w:tcW w:w="6024" w:type="dxa"/>
          </w:tcPr>
          <w:p w14:paraId="6D2B137D" w14:textId="256F70C6" w:rsidR="00834655" w:rsidRPr="00AC45E8" w:rsidRDefault="00693071" w:rsidP="00D12265">
            <w:pPr>
              <w:jc w:val="both"/>
              <w:rPr>
                <w:rFonts w:ascii="Times New Roman" w:hAnsi="Times New Roman" w:cs="Times New Roman"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Дата оголошення результатів на </w:t>
            </w:r>
            <w:proofErr w:type="spellStart"/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>вебсайті</w:t>
            </w:r>
            <w:proofErr w:type="spellEnd"/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 UNIDO GQSP</w:t>
            </w:r>
            <w:r w:rsidR="008F05B6"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 </w:t>
            </w: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 Ukraine </w:t>
            </w:r>
            <w:r w:rsidR="008F05B6" w:rsidRPr="00AC45E8">
              <w:rPr>
                <w:rFonts w:ascii="Times New Roman" w:hAnsi="Times New Roman" w:cs="Times New Roman"/>
                <w:sz w:val="22"/>
                <w:lang w:val="uk-UA"/>
              </w:rPr>
              <w:t>(</w:t>
            </w:r>
            <w:hyperlink r:id="rId11" w:history="1">
              <w:r w:rsidR="0016306A" w:rsidRPr="00AC45E8">
                <w:rPr>
                  <w:rStyle w:val="afff"/>
                  <w:rFonts w:ascii="Times New Roman" w:hAnsi="Times New Roman" w:cs="Times New Roman"/>
                  <w:sz w:val="22"/>
                  <w:lang w:val="uk-UA"/>
                </w:rPr>
                <w:t>https://gqspukraine.org.ua/</w:t>
              </w:r>
            </w:hyperlink>
            <w:r w:rsidR="008F05B6"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) </w:t>
            </w: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>та о</w:t>
            </w:r>
            <w:r w:rsidR="00D844A2" w:rsidRPr="00AC45E8">
              <w:rPr>
                <w:rFonts w:ascii="Times New Roman" w:hAnsi="Times New Roman" w:cs="Times New Roman"/>
                <w:sz w:val="22"/>
                <w:lang w:val="uk-UA"/>
              </w:rPr>
              <w:t>фіційне повідомлення командам про результати</w:t>
            </w: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 </w:t>
            </w:r>
            <w:r w:rsidR="00232ECE"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(і позитивні, і негативні) </w:t>
            </w: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на вказані електронні пошти </w:t>
            </w:r>
            <w:r w:rsidR="001F7425">
              <w:rPr>
                <w:rFonts w:ascii="Times New Roman" w:hAnsi="Times New Roman" w:cs="Times New Roman"/>
                <w:sz w:val="22"/>
                <w:lang w:val="uk-UA"/>
              </w:rPr>
              <w:t xml:space="preserve">координатора </w:t>
            </w:r>
            <w:r w:rsidR="001F7425" w:rsidRPr="0016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заклад</w:t>
            </w:r>
            <w:r w:rsidR="001F74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</w:t>
            </w:r>
            <w:r w:rsidR="001F7425" w:rsidRPr="0016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вищої освіти </w:t>
            </w:r>
            <w:r w:rsidR="001F7425">
              <w:rPr>
                <w:rFonts w:ascii="Times New Roman" w:hAnsi="Times New Roman" w:cs="Times New Roman"/>
                <w:sz w:val="22"/>
                <w:lang w:val="uk-UA"/>
              </w:rPr>
              <w:t xml:space="preserve">та </w:t>
            </w: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>куратора</w:t>
            </w:r>
            <w:r w:rsidR="001F7425">
              <w:rPr>
                <w:rFonts w:ascii="Times New Roman" w:hAnsi="Times New Roman" w:cs="Times New Roman"/>
                <w:sz w:val="22"/>
                <w:lang w:val="uk-UA"/>
              </w:rPr>
              <w:t xml:space="preserve"> команди студентів</w:t>
            </w:r>
            <w:r w:rsidR="00D844A2" w:rsidRPr="00AC45E8">
              <w:rPr>
                <w:rFonts w:ascii="Times New Roman" w:hAnsi="Times New Roman" w:cs="Times New Roman"/>
                <w:sz w:val="22"/>
                <w:lang w:val="uk-UA"/>
              </w:rPr>
              <w:t>.</w:t>
            </w:r>
          </w:p>
        </w:tc>
      </w:tr>
      <w:tr w:rsidR="00834655" w:rsidRPr="003F7CE6" w14:paraId="20BF715D" w14:textId="77777777" w:rsidTr="0016306A">
        <w:trPr>
          <w:trHeight w:val="537"/>
          <w:jc w:val="center"/>
        </w:trPr>
        <w:tc>
          <w:tcPr>
            <w:tcW w:w="2056" w:type="dxa"/>
          </w:tcPr>
          <w:p w14:paraId="76DFF218" w14:textId="77777777" w:rsidR="00834655" w:rsidRPr="00AC45E8" w:rsidRDefault="00D844A2" w:rsidP="00D1226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b/>
                <w:bCs/>
                <w:sz w:val="22"/>
                <w:lang w:val="uk-UA"/>
              </w:rPr>
              <w:lastRenderedPageBreak/>
              <w:t>24–25 листопада</w:t>
            </w:r>
          </w:p>
        </w:tc>
        <w:tc>
          <w:tcPr>
            <w:tcW w:w="2268" w:type="dxa"/>
          </w:tcPr>
          <w:p w14:paraId="2339C715" w14:textId="06CCBDE8" w:rsidR="00834655" w:rsidRPr="00AC45E8" w:rsidRDefault="00D25E40" w:rsidP="00D12265">
            <w:pPr>
              <w:jc w:val="center"/>
              <w:rPr>
                <w:rFonts w:ascii="Times New Roman" w:hAnsi="Times New Roman" w:cs="Times New Roman"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Форум з якості </w:t>
            </w:r>
            <w:r w:rsidR="00D12265" w:rsidRPr="00AC45E8">
              <w:rPr>
                <w:rFonts w:ascii="Times New Roman" w:hAnsi="Times New Roman" w:cs="Times New Roman"/>
                <w:sz w:val="22"/>
                <w:lang w:val="uk-UA"/>
              </w:rPr>
              <w:t>2026</w:t>
            </w:r>
          </w:p>
        </w:tc>
        <w:tc>
          <w:tcPr>
            <w:tcW w:w="6024" w:type="dxa"/>
          </w:tcPr>
          <w:p w14:paraId="6231485B" w14:textId="28349660" w:rsidR="00834655" w:rsidRPr="00AC45E8" w:rsidRDefault="00D844A2" w:rsidP="00D12265">
            <w:pPr>
              <w:jc w:val="both"/>
              <w:rPr>
                <w:rFonts w:ascii="Times New Roman" w:hAnsi="Times New Roman" w:cs="Times New Roman"/>
                <w:sz w:val="22"/>
                <w:lang w:val="uk-UA"/>
              </w:rPr>
            </w:pP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 xml:space="preserve">Представлення конкурсу та </w:t>
            </w:r>
            <w:r w:rsidR="001F7425">
              <w:rPr>
                <w:rFonts w:ascii="Times New Roman" w:hAnsi="Times New Roman" w:cs="Times New Roman"/>
                <w:sz w:val="22"/>
                <w:lang w:val="uk-UA"/>
              </w:rPr>
              <w:t xml:space="preserve">оголошення </w:t>
            </w: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>переможців; урочисте нагородження на Форумі з якості сектору ягід і горіхів</w:t>
            </w:r>
            <w:r w:rsidR="001F7425">
              <w:rPr>
                <w:rFonts w:ascii="Times New Roman" w:hAnsi="Times New Roman" w:cs="Times New Roman"/>
                <w:sz w:val="22"/>
                <w:lang w:val="uk-UA"/>
              </w:rPr>
              <w:t xml:space="preserve"> (25 листопада 2026 р.)</w:t>
            </w:r>
            <w:r w:rsidRPr="00AC45E8">
              <w:rPr>
                <w:rFonts w:ascii="Times New Roman" w:hAnsi="Times New Roman" w:cs="Times New Roman"/>
                <w:sz w:val="22"/>
                <w:lang w:val="uk-UA"/>
              </w:rPr>
              <w:t>.</w:t>
            </w:r>
          </w:p>
        </w:tc>
      </w:tr>
    </w:tbl>
    <w:p w14:paraId="4780B598" w14:textId="77777777" w:rsidR="00834655" w:rsidRPr="0016306A" w:rsidRDefault="00D844A2">
      <w:pPr>
        <w:pStyle w:val="1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7. Завдання команди</w:t>
      </w:r>
    </w:p>
    <w:p w14:paraId="38615E62" w14:textId="77777777" w:rsidR="00834655" w:rsidRPr="0016306A" w:rsidRDefault="00D844A2" w:rsidP="003F7CE6">
      <w:pPr>
        <w:pStyle w:val="a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Зрозуміти та сформулювати проблему.</w:t>
      </w:r>
    </w:p>
    <w:p w14:paraId="4E69311A" w14:textId="77777777" w:rsidR="00834655" w:rsidRPr="0016306A" w:rsidRDefault="00D844A2" w:rsidP="003F7CE6">
      <w:pPr>
        <w:pStyle w:val="a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Дослідити проблему, її причини та контекст.</w:t>
      </w:r>
    </w:p>
    <w:p w14:paraId="1F6625A5" w14:textId="3514E58B" w:rsidR="00834655" w:rsidRPr="0016306A" w:rsidRDefault="00D844A2" w:rsidP="003F7CE6">
      <w:pPr>
        <w:pStyle w:val="a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Зібрати </w:t>
      </w:r>
      <w:r w:rsidR="001F7425">
        <w:rPr>
          <w:rFonts w:ascii="Times New Roman" w:hAnsi="Times New Roman" w:cs="Times New Roman"/>
          <w:sz w:val="24"/>
          <w:szCs w:val="24"/>
          <w:lang w:val="uk-UA"/>
        </w:rPr>
        <w:t>та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проаналізувати дані та джерела.</w:t>
      </w:r>
    </w:p>
    <w:p w14:paraId="2FF29447" w14:textId="77777777" w:rsidR="00834655" w:rsidRPr="0016306A" w:rsidRDefault="00D844A2" w:rsidP="003F7CE6">
      <w:pPr>
        <w:pStyle w:val="a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Запропонувати інноваційне рішення.</w:t>
      </w:r>
    </w:p>
    <w:p w14:paraId="06048055" w14:textId="77777777" w:rsidR="00834655" w:rsidRPr="0016306A" w:rsidRDefault="00D844A2" w:rsidP="003F7CE6">
      <w:pPr>
        <w:pStyle w:val="a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Показати, як рішення працює та яку цінність створює.</w:t>
      </w:r>
    </w:p>
    <w:p w14:paraId="44ED284D" w14:textId="77777777" w:rsidR="00834655" w:rsidRPr="0016306A" w:rsidRDefault="00D844A2" w:rsidP="003F7CE6">
      <w:pPr>
        <w:pStyle w:val="a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За можливості перевірити ключову гіпотезу, створити прототип або отримати зворотний зв’язок.</w:t>
      </w:r>
    </w:p>
    <w:p w14:paraId="7BA4FDB7" w14:textId="7E8B9C52" w:rsidR="00834655" w:rsidRPr="0016306A" w:rsidRDefault="00D844A2" w:rsidP="003F7CE6">
      <w:pPr>
        <w:pStyle w:val="a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Сформувати наступний крок для подальшого </w:t>
      </w:r>
      <w:r w:rsidR="0087110C" w:rsidRPr="0016306A">
        <w:rPr>
          <w:rFonts w:ascii="Times New Roman" w:hAnsi="Times New Roman" w:cs="Times New Roman"/>
          <w:sz w:val="24"/>
          <w:szCs w:val="24"/>
          <w:lang w:val="uk-UA"/>
        </w:rPr>
        <w:t>впровадження запропонованого рішення.</w:t>
      </w:r>
    </w:p>
    <w:p w14:paraId="666DF9BA" w14:textId="0283EB2B" w:rsidR="00834655" w:rsidRPr="0016306A" w:rsidRDefault="00D844A2">
      <w:pPr>
        <w:pStyle w:val="1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8. </w:t>
      </w:r>
      <w:r w:rsidR="00412E2D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Пакет конкурсних 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матеріал</w:t>
      </w:r>
      <w:r w:rsidR="00645D83" w:rsidRPr="0016306A">
        <w:rPr>
          <w:rFonts w:ascii="Times New Roman" w:hAnsi="Times New Roman" w:cs="Times New Roman"/>
          <w:sz w:val="24"/>
          <w:szCs w:val="24"/>
          <w:lang w:val="uk-UA"/>
        </w:rPr>
        <w:t>ів</w:t>
      </w:r>
      <w:r w:rsidR="00591604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03EB8EF4" w14:textId="3C03F9D0" w:rsidR="001F7425" w:rsidRDefault="001F7425" w:rsidP="003F7CE6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Презентація є обов'язковим елементом п</w:t>
      </w:r>
      <w:r w:rsidR="00BF0079" w:rsidRPr="0016306A">
        <w:rPr>
          <w:rFonts w:ascii="Times New Roman" w:hAnsi="Times New Roman" w:cs="Times New Roman"/>
          <w:sz w:val="24"/>
          <w:szCs w:val="24"/>
          <w:lang w:val="uk-UA"/>
        </w:rPr>
        <w:t>акет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BF0079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конкурсних матеріалів</w:t>
      </w:r>
      <w:r w:rsidR="000A4F5A">
        <w:rPr>
          <w:rFonts w:ascii="Times New Roman" w:hAnsi="Times New Roman" w:cs="Times New Roman"/>
          <w:sz w:val="24"/>
          <w:szCs w:val="24"/>
          <w:lang w:val="uk-UA"/>
        </w:rPr>
        <w:t>, які подаються для оцінювання експертного журі.</w:t>
      </w:r>
      <w:r w:rsidR="00BF0079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6AF47775" w14:textId="3B05807D" w:rsidR="000A4F5A" w:rsidRDefault="000A4F5A" w:rsidP="003F7CE6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резентація проєкту — не більше 20 слайдів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(відповідно до структури шаблону презентації).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Формат презентації: PPTX/PPT або PDF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C9EF230" w14:textId="6C8D4EDD" w:rsidR="00BF0079" w:rsidRPr="000A4F5A" w:rsidRDefault="000A4F5A" w:rsidP="003F7CE6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Письмовий</w:t>
      </w:r>
      <w:r w:rsidRPr="000A4F5A">
        <w:rPr>
          <w:rFonts w:ascii="Times New Roman" w:hAnsi="Times New Roman" w:cs="Times New Roman"/>
          <w:sz w:val="24"/>
          <w:szCs w:val="24"/>
          <w:lang w:val="uk-UA"/>
        </w:rPr>
        <w:t xml:space="preserve"> опис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рішення </w:t>
      </w:r>
      <w:r w:rsidRPr="000A4F5A">
        <w:rPr>
          <w:rFonts w:ascii="Times New Roman" w:hAnsi="Times New Roman" w:cs="Times New Roman"/>
          <w:sz w:val="24"/>
          <w:szCs w:val="24"/>
          <w:lang w:val="uk-UA"/>
        </w:rPr>
        <w:t xml:space="preserve">є необов'язковим елементом пакету конкурсних матеріалів. </w:t>
      </w:r>
    </w:p>
    <w:p w14:paraId="5F04EA6A" w14:textId="103E37A9" w:rsidR="00834655" w:rsidRPr="0016306A" w:rsidRDefault="185DF869" w:rsidP="003F7CE6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Письмовий </w:t>
      </w:r>
      <w:r w:rsidR="000A4F5A">
        <w:rPr>
          <w:rFonts w:ascii="Times New Roman" w:hAnsi="Times New Roman" w:cs="Times New Roman"/>
          <w:sz w:val="24"/>
          <w:szCs w:val="24"/>
          <w:lang w:val="uk-UA"/>
        </w:rPr>
        <w:t>опис</w:t>
      </w:r>
      <w:r w:rsidR="000A4F5A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рішення — 2–4 сторінки</w:t>
      </w:r>
      <w:r w:rsidR="00F06829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(відповідно до наданого </w:t>
      </w:r>
      <w:r w:rsidR="000A4F5A">
        <w:rPr>
          <w:rFonts w:ascii="Times New Roman" w:hAnsi="Times New Roman" w:cs="Times New Roman"/>
          <w:sz w:val="24"/>
          <w:szCs w:val="24"/>
          <w:lang w:val="uk-UA"/>
        </w:rPr>
        <w:t>шаблону</w:t>
      </w:r>
      <w:r w:rsidR="00F06829" w:rsidRPr="0016306A"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87110C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A4, шрифт </w:t>
      </w:r>
      <w:proofErr w:type="spellStart"/>
      <w:r w:rsidR="0087110C" w:rsidRPr="0016306A">
        <w:rPr>
          <w:rFonts w:ascii="Times New Roman" w:hAnsi="Times New Roman" w:cs="Times New Roman"/>
          <w:sz w:val="24"/>
          <w:szCs w:val="24"/>
          <w:lang w:val="uk-UA"/>
        </w:rPr>
        <w:t>Times</w:t>
      </w:r>
      <w:proofErr w:type="spellEnd"/>
      <w:r w:rsidR="0087110C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87110C" w:rsidRPr="0016306A">
        <w:rPr>
          <w:rFonts w:ascii="Times New Roman" w:hAnsi="Times New Roman" w:cs="Times New Roman"/>
          <w:sz w:val="24"/>
          <w:szCs w:val="24"/>
          <w:lang w:val="uk-UA"/>
        </w:rPr>
        <w:t>New</w:t>
      </w:r>
      <w:proofErr w:type="spellEnd"/>
      <w:r w:rsidR="0087110C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87110C" w:rsidRPr="0016306A">
        <w:rPr>
          <w:rFonts w:ascii="Times New Roman" w:hAnsi="Times New Roman" w:cs="Times New Roman"/>
          <w:sz w:val="24"/>
          <w:szCs w:val="24"/>
          <w:lang w:val="uk-UA"/>
        </w:rPr>
        <w:t>Roman</w:t>
      </w:r>
      <w:proofErr w:type="spellEnd"/>
      <w:r w:rsidR="0087110C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12, інтервал 1, поля (відступи від країв): ліве, верхнє та нижнє - 20 мм, праве - 10 мм.</w:t>
      </w:r>
    </w:p>
    <w:p w14:paraId="08A36A17" w14:textId="1AE651E2" w:rsidR="00834655" w:rsidRPr="003F7CE6" w:rsidRDefault="65E111DC" w:rsidP="003F7CE6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За бажанням </w:t>
      </w:r>
      <w:r w:rsidR="000A4F5A">
        <w:rPr>
          <w:rFonts w:ascii="Times New Roman" w:hAnsi="Times New Roman" w:cs="Times New Roman"/>
          <w:sz w:val="24"/>
          <w:szCs w:val="24"/>
          <w:lang w:val="uk-UA"/>
        </w:rPr>
        <w:t xml:space="preserve">можна подати 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прототип, макет, відео, розрахунки або інші додаткові матеріали</w:t>
      </w:r>
      <w:r w:rsidR="000A4F5A">
        <w:rPr>
          <w:rFonts w:ascii="Times New Roman" w:hAnsi="Times New Roman" w:cs="Times New Roman"/>
          <w:sz w:val="24"/>
          <w:szCs w:val="24"/>
          <w:lang w:val="uk-UA"/>
        </w:rPr>
        <w:t>, які прямо стосуються запропонованого рішення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638D365" w14:textId="23E8C850" w:rsidR="00834655" w:rsidRPr="0016306A" w:rsidRDefault="65E111DC" w:rsidP="003F7CE6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Мова: українська</w:t>
      </w:r>
      <w:r w:rsidR="0087110C" w:rsidRPr="0016306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2D43386" w14:textId="5BE20524" w:rsidR="00834655" w:rsidRPr="0016306A" w:rsidRDefault="00D844A2">
      <w:pPr>
        <w:pStyle w:val="1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9. Презентація перед </w:t>
      </w:r>
      <w:r w:rsidR="000B203F">
        <w:rPr>
          <w:rFonts w:ascii="Times New Roman" w:hAnsi="Times New Roman" w:cs="Times New Roman"/>
          <w:sz w:val="24"/>
          <w:szCs w:val="24"/>
          <w:lang w:val="uk-UA"/>
        </w:rPr>
        <w:t>експертним журі</w:t>
      </w:r>
    </w:p>
    <w:p w14:paraId="06A85BE7" w14:textId="2C6A191D" w:rsidR="00834655" w:rsidRPr="0016306A" w:rsidRDefault="65E111DC" w:rsidP="342ED9AE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Роботу презентує команда</w:t>
      </w:r>
      <w:r w:rsidR="000A1EEB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або індивідуальний учасник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1E470CA" w14:textId="6535DA51" w:rsidR="00834655" w:rsidRPr="0016306A" w:rsidRDefault="65E111DC" w:rsidP="342ED9AE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Команда самостійно визначає, скільки учасників братиме участь у презентації та як вони </w:t>
      </w:r>
      <w:proofErr w:type="spellStart"/>
      <w:r w:rsidR="000A1EEB" w:rsidRPr="0016306A">
        <w:rPr>
          <w:rFonts w:ascii="Times New Roman" w:hAnsi="Times New Roman" w:cs="Times New Roman"/>
          <w:sz w:val="24"/>
          <w:szCs w:val="24"/>
          <w:lang w:val="uk-UA"/>
        </w:rPr>
        <w:t>розподілять</w:t>
      </w:r>
      <w:proofErr w:type="spellEnd"/>
      <w:r w:rsidR="000A1EEB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ролі.</w:t>
      </w:r>
    </w:p>
    <w:p w14:paraId="3E9DA43C" w14:textId="77777777" w:rsidR="00834655" w:rsidRPr="0016306A" w:rsidRDefault="65E111DC" w:rsidP="342ED9AE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Не обов’язково, щоб усі члени команди виступали.</w:t>
      </w:r>
    </w:p>
    <w:p w14:paraId="6BDB5171" w14:textId="54F833F7" w:rsidR="00834655" w:rsidRPr="0016306A" w:rsidRDefault="65E111DC" w:rsidP="00FA3C95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Рекомендована тривалість презентації — до 7 хвилин, після чого </w:t>
      </w:r>
      <w:r w:rsidR="00615DB9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члени </w:t>
      </w:r>
      <w:r w:rsidR="005A179F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експертного </w:t>
      </w:r>
      <w:r w:rsidR="00615DB9" w:rsidRPr="0016306A">
        <w:rPr>
          <w:rFonts w:ascii="Times New Roman" w:hAnsi="Times New Roman" w:cs="Times New Roman"/>
          <w:sz w:val="24"/>
          <w:szCs w:val="24"/>
          <w:lang w:val="uk-UA"/>
        </w:rPr>
        <w:t>журі можуть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поставити запитання.</w:t>
      </w:r>
    </w:p>
    <w:p w14:paraId="60D86AC9" w14:textId="366786F0" w:rsidR="00834655" w:rsidRPr="0016306A" w:rsidRDefault="65E111DC" w:rsidP="342ED9AE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Презентація має бути зрозумілою для змішаного складу </w:t>
      </w:r>
      <w:r w:rsidR="000B203F">
        <w:rPr>
          <w:rFonts w:ascii="Times New Roman" w:hAnsi="Times New Roman" w:cs="Times New Roman"/>
          <w:sz w:val="24"/>
          <w:szCs w:val="24"/>
          <w:lang w:val="uk-UA"/>
        </w:rPr>
        <w:t>експертного журі</w:t>
      </w:r>
      <w:r w:rsidR="000B203F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та показувати практичну цінність рішення.</w:t>
      </w:r>
    </w:p>
    <w:p w14:paraId="6542DE1E" w14:textId="23F7DB6F" w:rsidR="00834655" w:rsidRPr="00AC45E8" w:rsidRDefault="00D844A2">
      <w:pPr>
        <w:pStyle w:val="1"/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sz w:val="24"/>
          <w:szCs w:val="24"/>
          <w:lang w:val="uk-UA"/>
        </w:rPr>
        <w:t xml:space="preserve">10. Рекомендована </w:t>
      </w:r>
      <w:r w:rsidR="00874FFC" w:rsidRPr="00AC45E8">
        <w:rPr>
          <w:rFonts w:ascii="Times New Roman" w:hAnsi="Times New Roman" w:cs="Times New Roman"/>
          <w:sz w:val="24"/>
          <w:szCs w:val="24"/>
          <w:lang w:val="uk-UA"/>
        </w:rPr>
        <w:t xml:space="preserve">структура </w:t>
      </w:r>
      <w:r w:rsidRPr="00AC45E8">
        <w:rPr>
          <w:rFonts w:ascii="Times New Roman" w:hAnsi="Times New Roman" w:cs="Times New Roman"/>
          <w:sz w:val="24"/>
          <w:szCs w:val="24"/>
          <w:lang w:val="uk-UA"/>
        </w:rPr>
        <w:t>презентації</w:t>
      </w:r>
    </w:p>
    <w:p w14:paraId="7EC24A54" w14:textId="77777777" w:rsidR="00834655" w:rsidRPr="00AC45E8" w:rsidRDefault="65E111DC" w:rsidP="003F7CE6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Проблема </w:t>
      </w:r>
      <w:r w:rsidRPr="00AC45E8">
        <w:rPr>
          <w:rFonts w:ascii="Times New Roman" w:hAnsi="Times New Roman" w:cs="Times New Roman"/>
          <w:sz w:val="24"/>
          <w:szCs w:val="24"/>
          <w:lang w:val="uk-UA"/>
        </w:rPr>
        <w:t>— що саме потрібно вирішити?</w:t>
      </w:r>
    </w:p>
    <w:p w14:paraId="0C5DDD97" w14:textId="68B3D345" w:rsidR="00834655" w:rsidRPr="00AC45E8" w:rsidRDefault="00DD46A2" w:rsidP="003F7CE6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b/>
          <w:sz w:val="24"/>
          <w:szCs w:val="24"/>
          <w:lang w:val="uk-UA"/>
        </w:rPr>
        <w:t xml:space="preserve">Що ми виявили </w:t>
      </w:r>
      <w:r w:rsidR="65E111DC" w:rsidRPr="00AC45E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65E111DC" w:rsidRPr="00AC45E8">
        <w:rPr>
          <w:rFonts w:ascii="Times New Roman" w:hAnsi="Times New Roman" w:cs="Times New Roman"/>
          <w:sz w:val="24"/>
          <w:szCs w:val="24"/>
          <w:lang w:val="uk-UA"/>
        </w:rPr>
        <w:t xml:space="preserve">— </w:t>
      </w:r>
      <w:r w:rsidRPr="00AC45E8">
        <w:rPr>
          <w:rFonts w:ascii="Times New Roman" w:hAnsi="Times New Roman" w:cs="Times New Roman"/>
          <w:sz w:val="24"/>
          <w:szCs w:val="24"/>
          <w:lang w:val="uk-UA"/>
        </w:rPr>
        <w:t>ключові результати дослідження, дані, джерела.</w:t>
      </w:r>
    </w:p>
    <w:p w14:paraId="3FB91D79" w14:textId="24A164E6" w:rsidR="00834655" w:rsidRPr="00AC45E8" w:rsidRDefault="00DD46A2" w:rsidP="003F7CE6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Наш інсайт / </w:t>
      </w:r>
      <w:r w:rsidR="00915EDF">
        <w:rPr>
          <w:rFonts w:ascii="Times New Roman" w:hAnsi="Times New Roman" w:cs="Times New Roman"/>
          <w:b/>
          <w:sz w:val="24"/>
          <w:szCs w:val="24"/>
          <w:lang w:val="uk-UA"/>
        </w:rPr>
        <w:t>ідея</w:t>
      </w:r>
      <w:r w:rsidR="00915EDF" w:rsidRPr="00AC45E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</w:t>
      </w:r>
      <w:r w:rsidR="65E111DC" w:rsidRPr="00AC45E8">
        <w:rPr>
          <w:rFonts w:ascii="Times New Roman" w:hAnsi="Times New Roman" w:cs="Times New Roman"/>
          <w:sz w:val="24"/>
          <w:szCs w:val="24"/>
          <w:lang w:val="uk-UA"/>
        </w:rPr>
        <w:t xml:space="preserve">— </w:t>
      </w:r>
      <w:r w:rsidRPr="00AC45E8">
        <w:rPr>
          <w:rFonts w:ascii="Times New Roman" w:hAnsi="Times New Roman" w:cs="Times New Roman"/>
          <w:sz w:val="24"/>
          <w:szCs w:val="24"/>
          <w:lang w:val="uk-UA"/>
        </w:rPr>
        <w:t>головний інсайт і новизна ідеї. ​</w:t>
      </w:r>
    </w:p>
    <w:p w14:paraId="28864AE1" w14:textId="2A017422" w:rsidR="00834655" w:rsidRPr="00AC45E8" w:rsidRDefault="00DD46A2" w:rsidP="003F7CE6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Наше рішення </w:t>
      </w:r>
      <w:r w:rsidR="65E111DC" w:rsidRPr="00AC45E8">
        <w:rPr>
          <w:rFonts w:ascii="Times New Roman" w:hAnsi="Times New Roman" w:cs="Times New Roman"/>
          <w:sz w:val="24"/>
          <w:szCs w:val="24"/>
          <w:lang w:val="uk-UA"/>
        </w:rPr>
        <w:t xml:space="preserve">— </w:t>
      </w:r>
      <w:r w:rsidRPr="00AC45E8">
        <w:rPr>
          <w:rFonts w:ascii="Times New Roman" w:hAnsi="Times New Roman" w:cs="Times New Roman"/>
          <w:sz w:val="24"/>
          <w:szCs w:val="24"/>
          <w:lang w:val="uk-UA"/>
        </w:rPr>
        <w:t>що пропонується і як це працює</w:t>
      </w:r>
      <w:r w:rsidR="004A63B3">
        <w:rPr>
          <w:rFonts w:ascii="Times New Roman" w:hAnsi="Times New Roman" w:cs="Times New Roman"/>
          <w:sz w:val="24"/>
          <w:szCs w:val="24"/>
          <w:lang w:val="uk-UA"/>
        </w:rPr>
        <w:t>?</w:t>
      </w:r>
    </w:p>
    <w:p w14:paraId="0C793F93" w14:textId="3FEF9ED8" w:rsidR="00834655" w:rsidRPr="00AC45E8" w:rsidRDefault="00DD46A2" w:rsidP="003F7CE6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 xml:space="preserve">Значення та вплив  </w:t>
      </w:r>
      <w:r w:rsidRPr="00AC45E8">
        <w:rPr>
          <w:rFonts w:ascii="Times New Roman" w:hAnsi="Times New Roman" w:cs="Times New Roman"/>
          <w:sz w:val="24"/>
          <w:szCs w:val="24"/>
          <w:lang w:val="uk-UA"/>
        </w:rPr>
        <w:t>​</w:t>
      </w:r>
      <w:r w:rsidR="65E111DC" w:rsidRPr="00AC45E8">
        <w:rPr>
          <w:rFonts w:ascii="Times New Roman" w:hAnsi="Times New Roman" w:cs="Times New Roman"/>
          <w:sz w:val="24"/>
          <w:szCs w:val="24"/>
          <w:lang w:val="uk-UA"/>
        </w:rPr>
        <w:t xml:space="preserve"> — </w:t>
      </w:r>
      <w:r w:rsidRPr="00AC45E8">
        <w:rPr>
          <w:rFonts w:ascii="Times New Roman" w:hAnsi="Times New Roman" w:cs="Times New Roman"/>
          <w:sz w:val="24"/>
          <w:szCs w:val="24"/>
          <w:lang w:val="uk-UA"/>
        </w:rPr>
        <w:t xml:space="preserve">практична цінність, </w:t>
      </w:r>
      <w:r w:rsidR="00BF0998" w:rsidRPr="00AC45E8">
        <w:rPr>
          <w:rFonts w:ascii="Times New Roman" w:hAnsi="Times New Roman" w:cs="Times New Roman"/>
          <w:sz w:val="24"/>
          <w:szCs w:val="24"/>
          <w:lang w:val="uk-UA"/>
        </w:rPr>
        <w:t>застосування для ягідного та/або горіхового сектора/організації</w:t>
      </w:r>
      <w:r w:rsidR="00AC45E8" w:rsidRPr="00AC45E8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03A46A6" w14:textId="4A9028E3" w:rsidR="00834655" w:rsidRPr="00AC45E8" w:rsidRDefault="00DD46A2" w:rsidP="003F7CE6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b/>
          <w:sz w:val="24"/>
          <w:szCs w:val="24"/>
          <w:lang w:val="uk-UA"/>
        </w:rPr>
        <w:t>Перевірка / Прототип ​</w:t>
      </w:r>
      <w:r w:rsidR="65E111DC" w:rsidRPr="00AC45E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65E111DC" w:rsidRPr="00AC45E8">
        <w:rPr>
          <w:rFonts w:ascii="Times New Roman" w:hAnsi="Times New Roman" w:cs="Times New Roman"/>
          <w:sz w:val="24"/>
          <w:szCs w:val="24"/>
          <w:lang w:val="uk-UA"/>
        </w:rPr>
        <w:t xml:space="preserve">— </w:t>
      </w:r>
      <w:r w:rsidRPr="00AC45E8">
        <w:rPr>
          <w:rFonts w:ascii="Times New Roman" w:hAnsi="Times New Roman" w:cs="Times New Roman"/>
          <w:sz w:val="24"/>
          <w:szCs w:val="24"/>
          <w:lang w:val="uk-UA"/>
        </w:rPr>
        <w:t xml:space="preserve">що перевірено: </w:t>
      </w:r>
      <w:r w:rsidR="00BF0998" w:rsidRPr="00AC45E8">
        <w:rPr>
          <w:rFonts w:ascii="Times New Roman" w:hAnsi="Times New Roman" w:cs="Times New Roman"/>
          <w:sz w:val="24"/>
          <w:szCs w:val="24"/>
          <w:lang w:val="uk-UA"/>
        </w:rPr>
        <w:t>прототип запропонованого рішення</w:t>
      </w:r>
      <w:r w:rsidRPr="00AC45E8">
        <w:rPr>
          <w:rFonts w:ascii="Times New Roman" w:hAnsi="Times New Roman" w:cs="Times New Roman"/>
          <w:sz w:val="24"/>
          <w:szCs w:val="24"/>
          <w:lang w:val="uk-UA"/>
        </w:rPr>
        <w:t>, тест, розрахунок, відгук</w:t>
      </w:r>
      <w:r w:rsidR="00AC45E8" w:rsidRPr="00AC45E8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3BFA9D3E" w14:textId="002A1F02" w:rsidR="00834655" w:rsidRPr="00AC45E8" w:rsidRDefault="00DD46A2" w:rsidP="003F7CE6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b/>
          <w:sz w:val="24"/>
          <w:szCs w:val="24"/>
          <w:lang w:val="uk-UA"/>
        </w:rPr>
        <w:t>Можливі аналоги/ приклади</w:t>
      </w:r>
      <w:r w:rsidRPr="00AC45E8">
        <w:rPr>
          <w:rFonts w:ascii="Times New Roman" w:hAnsi="Times New Roman" w:cs="Times New Roman"/>
          <w:sz w:val="24"/>
          <w:szCs w:val="24"/>
          <w:lang w:val="uk-UA"/>
        </w:rPr>
        <w:t xml:space="preserve"> ​ </w:t>
      </w:r>
      <w:r w:rsidR="65E111DC" w:rsidRPr="00AC45E8">
        <w:rPr>
          <w:rFonts w:ascii="Times New Roman" w:hAnsi="Times New Roman" w:cs="Times New Roman"/>
          <w:sz w:val="24"/>
          <w:szCs w:val="24"/>
          <w:lang w:val="uk-UA"/>
        </w:rPr>
        <w:t xml:space="preserve">— </w:t>
      </w:r>
      <w:r w:rsidRPr="00AC45E8">
        <w:rPr>
          <w:rFonts w:ascii="Times New Roman" w:hAnsi="Times New Roman" w:cs="Times New Roman"/>
          <w:sz w:val="24"/>
          <w:szCs w:val="24"/>
          <w:lang w:val="uk-UA"/>
        </w:rPr>
        <w:t>чи практикувалося вирішення подібної/аналогічної проблеми в інших секторах, в інших країнах</w:t>
      </w:r>
      <w:r w:rsidR="004A63B3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AC45E8">
        <w:rPr>
          <w:rFonts w:ascii="Times New Roman" w:hAnsi="Times New Roman" w:cs="Times New Roman"/>
          <w:sz w:val="24"/>
          <w:szCs w:val="24"/>
          <w:lang w:val="uk-UA"/>
        </w:rPr>
        <w:t xml:space="preserve"> ​</w:t>
      </w:r>
    </w:p>
    <w:p w14:paraId="2B146E95" w14:textId="5666027D" w:rsidR="00DD46A2" w:rsidRPr="00AC45E8" w:rsidRDefault="00DD46A2" w:rsidP="003F7CE6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b/>
          <w:sz w:val="24"/>
          <w:szCs w:val="24"/>
          <w:lang w:val="uk-UA"/>
        </w:rPr>
        <w:t>Обґрунтованість/Доцільність</w:t>
      </w:r>
      <w:r w:rsidRPr="00AC45E8">
        <w:rPr>
          <w:rFonts w:ascii="Times New Roman" w:hAnsi="Times New Roman" w:cs="Times New Roman"/>
          <w:sz w:val="24"/>
          <w:szCs w:val="24"/>
          <w:lang w:val="uk-UA"/>
        </w:rPr>
        <w:t xml:space="preserve"> — ресурси, технології, партнери, обмеження та ризики. ​</w:t>
      </w:r>
    </w:p>
    <w:p w14:paraId="1CC5E2F3" w14:textId="227A48F5" w:rsidR="00DD46A2" w:rsidRPr="00AC45E8" w:rsidRDefault="00DD46A2" w:rsidP="003F7CE6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Дорожня карта </w:t>
      </w:r>
      <w:r w:rsidRPr="00AC45E8">
        <w:rPr>
          <w:rFonts w:ascii="Times New Roman" w:hAnsi="Times New Roman" w:cs="Times New Roman"/>
          <w:sz w:val="24"/>
          <w:szCs w:val="24"/>
          <w:lang w:val="uk-UA"/>
        </w:rPr>
        <w:t>​— наступні кроки для розвитку рішення. ​</w:t>
      </w:r>
    </w:p>
    <w:p w14:paraId="7D43F493" w14:textId="177D5D64" w:rsidR="00DD46A2" w:rsidRPr="00AC45E8" w:rsidRDefault="00DD46A2" w:rsidP="003F7CE6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b/>
          <w:sz w:val="24"/>
          <w:szCs w:val="24"/>
          <w:lang w:val="uk-UA"/>
        </w:rPr>
        <w:t>Висновок</w:t>
      </w:r>
      <w:r w:rsidRPr="00AC45E8">
        <w:rPr>
          <w:rFonts w:ascii="Times New Roman" w:hAnsi="Times New Roman" w:cs="Times New Roman"/>
          <w:sz w:val="24"/>
          <w:szCs w:val="24"/>
          <w:lang w:val="uk-UA"/>
        </w:rPr>
        <w:t xml:space="preserve"> — ключова думка: чому рішення варте подальшого розвитку та/або реального впровадження у практику​.</w:t>
      </w:r>
    </w:p>
    <w:p w14:paraId="0DCD5187" w14:textId="77777777" w:rsidR="00834655" w:rsidRPr="0016306A" w:rsidRDefault="00D844A2">
      <w:pPr>
        <w:pStyle w:val="1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11. Критерії оцінювання</w:t>
      </w:r>
    </w:p>
    <w:p w14:paraId="02EB378F" w14:textId="77777777" w:rsidR="00D12265" w:rsidRPr="0016306A" w:rsidRDefault="00D12265" w:rsidP="00D12265">
      <w:pPr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993"/>
      </w:tblGrid>
      <w:tr w:rsidR="00834655" w:rsidRPr="0016306A" w14:paraId="5F7165C3" w14:textId="77777777" w:rsidTr="00D12265">
        <w:trPr>
          <w:jc w:val="center"/>
        </w:trPr>
        <w:tc>
          <w:tcPr>
            <w:tcW w:w="3402" w:type="dxa"/>
          </w:tcPr>
          <w:p w14:paraId="2867FF61" w14:textId="77777777" w:rsidR="00834655" w:rsidRPr="0016306A" w:rsidRDefault="00D844A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30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Критерій</w:t>
            </w:r>
          </w:p>
        </w:tc>
        <w:tc>
          <w:tcPr>
            <w:tcW w:w="993" w:type="dxa"/>
          </w:tcPr>
          <w:p w14:paraId="6018111C" w14:textId="77777777" w:rsidR="00834655" w:rsidRPr="0016306A" w:rsidRDefault="00D844A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30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Вага</w:t>
            </w:r>
          </w:p>
        </w:tc>
      </w:tr>
      <w:tr w:rsidR="00834655" w:rsidRPr="0016306A" w14:paraId="132A6A91" w14:textId="77777777" w:rsidTr="00D12265">
        <w:trPr>
          <w:jc w:val="center"/>
        </w:trPr>
        <w:tc>
          <w:tcPr>
            <w:tcW w:w="3402" w:type="dxa"/>
          </w:tcPr>
          <w:p w14:paraId="4C24EEB9" w14:textId="77777777" w:rsidR="00834655" w:rsidRPr="0016306A" w:rsidRDefault="00D844A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Розуміння виклику</w:t>
            </w:r>
          </w:p>
        </w:tc>
        <w:tc>
          <w:tcPr>
            <w:tcW w:w="993" w:type="dxa"/>
          </w:tcPr>
          <w:p w14:paraId="33E27760" w14:textId="77777777" w:rsidR="00834655" w:rsidRPr="0016306A" w:rsidRDefault="00D844A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15%</w:t>
            </w:r>
          </w:p>
        </w:tc>
      </w:tr>
      <w:tr w:rsidR="00834655" w:rsidRPr="0016306A" w14:paraId="1052C1A1" w14:textId="77777777" w:rsidTr="00D12265">
        <w:trPr>
          <w:jc w:val="center"/>
        </w:trPr>
        <w:tc>
          <w:tcPr>
            <w:tcW w:w="3402" w:type="dxa"/>
          </w:tcPr>
          <w:p w14:paraId="526A67C6" w14:textId="76A9F0EF" w:rsidR="00834655" w:rsidRPr="0016306A" w:rsidRDefault="00D844A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Дослідження та </w:t>
            </w:r>
            <w:r w:rsidR="00471F08" w:rsidRPr="0016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обґрунтування</w:t>
            </w:r>
          </w:p>
        </w:tc>
        <w:tc>
          <w:tcPr>
            <w:tcW w:w="993" w:type="dxa"/>
          </w:tcPr>
          <w:p w14:paraId="6861B118" w14:textId="77777777" w:rsidR="00834655" w:rsidRPr="0016306A" w:rsidRDefault="00D844A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15%</w:t>
            </w:r>
          </w:p>
        </w:tc>
      </w:tr>
      <w:tr w:rsidR="00834655" w:rsidRPr="0016306A" w14:paraId="3272AF50" w14:textId="77777777" w:rsidTr="00D12265">
        <w:trPr>
          <w:jc w:val="center"/>
        </w:trPr>
        <w:tc>
          <w:tcPr>
            <w:tcW w:w="3402" w:type="dxa"/>
          </w:tcPr>
          <w:p w14:paraId="32025F57" w14:textId="77777777" w:rsidR="00834655" w:rsidRPr="0016306A" w:rsidRDefault="00D844A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Інноваційність та оригінальність</w:t>
            </w:r>
          </w:p>
        </w:tc>
        <w:tc>
          <w:tcPr>
            <w:tcW w:w="993" w:type="dxa"/>
          </w:tcPr>
          <w:p w14:paraId="17DCED26" w14:textId="77777777" w:rsidR="00834655" w:rsidRPr="0016306A" w:rsidRDefault="00D844A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20%</w:t>
            </w:r>
          </w:p>
        </w:tc>
      </w:tr>
      <w:tr w:rsidR="00834655" w:rsidRPr="0016306A" w14:paraId="1DD6FBF1" w14:textId="77777777" w:rsidTr="00D12265">
        <w:trPr>
          <w:jc w:val="center"/>
        </w:trPr>
        <w:tc>
          <w:tcPr>
            <w:tcW w:w="3402" w:type="dxa"/>
          </w:tcPr>
          <w:p w14:paraId="5A3DD25E" w14:textId="77777777" w:rsidR="00834655" w:rsidRPr="0016306A" w:rsidRDefault="00D844A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Практична цінність і релевантність</w:t>
            </w:r>
          </w:p>
        </w:tc>
        <w:tc>
          <w:tcPr>
            <w:tcW w:w="993" w:type="dxa"/>
          </w:tcPr>
          <w:p w14:paraId="2C874B54" w14:textId="77777777" w:rsidR="00834655" w:rsidRPr="0016306A" w:rsidRDefault="00D844A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20%</w:t>
            </w:r>
          </w:p>
        </w:tc>
      </w:tr>
      <w:tr w:rsidR="00834655" w:rsidRPr="0016306A" w14:paraId="085DDE43" w14:textId="77777777" w:rsidTr="00D12265">
        <w:trPr>
          <w:jc w:val="center"/>
        </w:trPr>
        <w:tc>
          <w:tcPr>
            <w:tcW w:w="3402" w:type="dxa"/>
          </w:tcPr>
          <w:p w14:paraId="33842788" w14:textId="77777777" w:rsidR="00834655" w:rsidRPr="0016306A" w:rsidRDefault="00D844A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Реалізованість і масштабованість</w:t>
            </w:r>
          </w:p>
        </w:tc>
        <w:tc>
          <w:tcPr>
            <w:tcW w:w="993" w:type="dxa"/>
          </w:tcPr>
          <w:p w14:paraId="29260AFB" w14:textId="77777777" w:rsidR="00834655" w:rsidRPr="0016306A" w:rsidRDefault="00D844A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15%</w:t>
            </w:r>
          </w:p>
        </w:tc>
      </w:tr>
      <w:tr w:rsidR="00834655" w:rsidRPr="0016306A" w14:paraId="16DFB9A8" w14:textId="77777777" w:rsidTr="00D12265">
        <w:trPr>
          <w:jc w:val="center"/>
        </w:trPr>
        <w:tc>
          <w:tcPr>
            <w:tcW w:w="3402" w:type="dxa"/>
          </w:tcPr>
          <w:p w14:paraId="2CB18853" w14:textId="77777777" w:rsidR="00834655" w:rsidRPr="0016306A" w:rsidRDefault="00D844A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Валідація / тестування</w:t>
            </w:r>
          </w:p>
        </w:tc>
        <w:tc>
          <w:tcPr>
            <w:tcW w:w="993" w:type="dxa"/>
          </w:tcPr>
          <w:p w14:paraId="434B6B21" w14:textId="77777777" w:rsidR="00834655" w:rsidRPr="0016306A" w:rsidRDefault="00D844A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10%</w:t>
            </w:r>
          </w:p>
        </w:tc>
      </w:tr>
      <w:tr w:rsidR="00834655" w:rsidRPr="0016306A" w14:paraId="0718ECA0" w14:textId="77777777" w:rsidTr="00D12265">
        <w:trPr>
          <w:jc w:val="center"/>
        </w:trPr>
        <w:tc>
          <w:tcPr>
            <w:tcW w:w="3402" w:type="dxa"/>
          </w:tcPr>
          <w:p w14:paraId="327ABF7F" w14:textId="51BA9C20" w:rsidR="00834655" w:rsidRPr="0016306A" w:rsidRDefault="00D844A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Презентація</w:t>
            </w:r>
            <w:r w:rsidR="0063008A" w:rsidRPr="0016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(відповідність </w:t>
            </w:r>
            <w:r w:rsidR="001F16C5" w:rsidRPr="0016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структурі наданого </w:t>
            </w:r>
            <w:r w:rsidR="009B06EB" w:rsidRPr="0016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шаблону, якість</w:t>
            </w:r>
            <w:r w:rsidR="00522B89" w:rsidRPr="0016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інформації </w:t>
            </w:r>
            <w:r w:rsidR="001F16C5" w:rsidRPr="0016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 сама доповідь з відповідями на питання</w:t>
            </w:r>
            <w:r w:rsidR="0063008A" w:rsidRPr="0016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 w:rsidRPr="0016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командна робота</w:t>
            </w:r>
          </w:p>
        </w:tc>
        <w:tc>
          <w:tcPr>
            <w:tcW w:w="993" w:type="dxa"/>
          </w:tcPr>
          <w:p w14:paraId="598B85BA" w14:textId="77777777" w:rsidR="00834655" w:rsidRPr="0016306A" w:rsidRDefault="00D844A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30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5%</w:t>
            </w:r>
          </w:p>
        </w:tc>
      </w:tr>
    </w:tbl>
    <w:p w14:paraId="6A05A809" w14:textId="77777777" w:rsidR="00D12265" w:rsidRPr="0016306A" w:rsidRDefault="00D12265" w:rsidP="00D1226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79D5FF1" w14:textId="6A6231C2" w:rsidR="00834655" w:rsidRPr="0016306A" w:rsidRDefault="00D844A2" w:rsidP="00D1226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Разом — 100%. Кожен критерій оцінюється за шкалою 1–5</w:t>
      </w:r>
      <w:r w:rsidR="004A63B3">
        <w:rPr>
          <w:rFonts w:ascii="Times New Roman" w:hAnsi="Times New Roman" w:cs="Times New Roman"/>
          <w:sz w:val="24"/>
          <w:szCs w:val="24"/>
          <w:lang w:val="uk-UA"/>
        </w:rPr>
        <w:t xml:space="preserve"> (1 – найнижча оцінка, а 5 – найвища оцінка)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="004A63B3">
        <w:rPr>
          <w:rFonts w:ascii="Times New Roman" w:hAnsi="Times New Roman" w:cs="Times New Roman"/>
          <w:sz w:val="24"/>
          <w:szCs w:val="24"/>
          <w:lang w:val="uk-UA"/>
        </w:rPr>
        <w:t xml:space="preserve">множиться на відповідний ваговий коефіцієнт для отримання 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зважен</w:t>
      </w:r>
      <w:r w:rsidR="004A63B3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оцінк</w:t>
      </w:r>
      <w:r w:rsidR="004A63B3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76BA882C" w14:textId="708D0931" w:rsidR="00834655" w:rsidRPr="0016306A" w:rsidRDefault="00D844A2">
      <w:pPr>
        <w:pStyle w:val="1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12. </w:t>
      </w:r>
      <w:r w:rsidR="00B32075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Експертне 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журі</w:t>
      </w:r>
    </w:p>
    <w:p w14:paraId="095D94BD" w14:textId="11C2AC35" w:rsidR="00834655" w:rsidRPr="0016306A" w:rsidRDefault="185DF869" w:rsidP="342ED9AE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Склад</w:t>
      </w:r>
      <w:r w:rsidR="002E10DA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експертного журі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— 5–7 осіб: представники бізнесу та сектору</w:t>
      </w:r>
      <w:r w:rsidR="007259A9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ягід</w:t>
      </w:r>
      <w:r w:rsidR="002C404F" w:rsidRPr="0016306A">
        <w:rPr>
          <w:rFonts w:ascii="Times New Roman" w:hAnsi="Times New Roman" w:cs="Times New Roman"/>
          <w:sz w:val="24"/>
          <w:szCs w:val="24"/>
          <w:lang w:val="uk-UA"/>
        </w:rPr>
        <w:t>/горіхів</w:t>
      </w:r>
      <w:r w:rsidR="002E10DA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(в тому числі галузевих об’єднань)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, освіти/науки, інфраструктури якості, інноваційного та технологічного середовища.</w:t>
      </w:r>
      <w:r w:rsidR="004A63B3" w:rsidRPr="004A63B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A63B3">
        <w:rPr>
          <w:rFonts w:ascii="Times New Roman" w:hAnsi="Times New Roman" w:cs="Times New Roman"/>
          <w:sz w:val="24"/>
          <w:szCs w:val="24"/>
          <w:lang w:val="uk-UA"/>
        </w:rPr>
        <w:t xml:space="preserve">До складу журі входить 1 представник організатора конкурсу – </w:t>
      </w:r>
      <w:r w:rsidR="004A63B3">
        <w:rPr>
          <w:rFonts w:ascii="Times New Roman" w:hAnsi="Times New Roman" w:cs="Times New Roman"/>
          <w:sz w:val="24"/>
          <w:szCs w:val="24"/>
        </w:rPr>
        <w:t>UNIDO</w:t>
      </w:r>
      <w:r w:rsidR="004A63B3" w:rsidRPr="004A63B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A63B3">
        <w:rPr>
          <w:rFonts w:ascii="Times New Roman" w:hAnsi="Times New Roman" w:cs="Times New Roman"/>
          <w:sz w:val="24"/>
          <w:szCs w:val="24"/>
        </w:rPr>
        <w:t>GQSP</w:t>
      </w:r>
      <w:r w:rsidR="004A63B3" w:rsidRPr="004A63B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A63B3">
        <w:rPr>
          <w:rFonts w:ascii="Times New Roman" w:hAnsi="Times New Roman" w:cs="Times New Roman"/>
          <w:sz w:val="24"/>
          <w:szCs w:val="24"/>
        </w:rPr>
        <w:t>Ukraine</w:t>
      </w:r>
      <w:r w:rsidR="004A63B3" w:rsidRPr="004A63B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AFFA74A" w14:textId="66240FB2" w:rsidR="00834655" w:rsidRPr="0016306A" w:rsidRDefault="65E111DC" w:rsidP="342ED9AE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lastRenderedPageBreak/>
        <w:t>Рішення приймається на основі затверджених критеріїв</w:t>
      </w:r>
      <w:r w:rsidR="00740E92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 оцінювання</w:t>
      </w:r>
      <w:r w:rsidR="004A63B3" w:rsidRPr="004A63B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A63B3">
        <w:rPr>
          <w:rFonts w:ascii="Times New Roman" w:hAnsi="Times New Roman" w:cs="Times New Roman"/>
          <w:sz w:val="24"/>
          <w:szCs w:val="24"/>
          <w:lang w:val="uk-UA"/>
        </w:rPr>
        <w:t>відповідно до п.11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52F907A" w14:textId="77777777" w:rsidR="00834655" w:rsidRPr="0016306A" w:rsidRDefault="00D844A2">
      <w:pPr>
        <w:pStyle w:val="1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13. Подальший розвиток рішень</w:t>
      </w:r>
    </w:p>
    <w:p w14:paraId="4F59B247" w14:textId="77777777" w:rsidR="00834655" w:rsidRPr="0016306A" w:rsidRDefault="65E111DC" w:rsidP="003F7CE6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Участь у конкурсі не передбачає автоматичного впровадження запропонованих рішень.</w:t>
      </w:r>
    </w:p>
    <w:p w14:paraId="797708B6" w14:textId="77777777" w:rsidR="00834655" w:rsidRPr="0016306A" w:rsidRDefault="65E111DC" w:rsidP="003F7CE6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Перспективні рішення можуть отримати можливості для подальшого розвитку, менторства, практики/стажування або пілотного тестування — залежно від якості рішення, його готовності та зацікавленості партнерів.</w:t>
      </w:r>
    </w:p>
    <w:p w14:paraId="772377F9" w14:textId="461E3727" w:rsidR="00834655" w:rsidRPr="0016306A" w:rsidRDefault="65E111DC" w:rsidP="003F7CE6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Умови подальшої співпраці погоджуються окремо</w:t>
      </w:r>
      <w:r w:rsidR="004A63B3">
        <w:rPr>
          <w:rFonts w:ascii="Times New Roman" w:hAnsi="Times New Roman" w:cs="Times New Roman"/>
          <w:sz w:val="24"/>
          <w:szCs w:val="24"/>
          <w:lang w:val="uk-UA"/>
        </w:rPr>
        <w:t xml:space="preserve"> та поза межами даного конкурсу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B33349D" w14:textId="77777777" w:rsidR="00834655" w:rsidRPr="0016306A" w:rsidRDefault="00D844A2">
      <w:pPr>
        <w:pStyle w:val="1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14. Інтелектуальна власність</w:t>
      </w:r>
    </w:p>
    <w:p w14:paraId="051067D3" w14:textId="4601BEC9" w:rsidR="00834655" w:rsidRPr="0016306A" w:rsidRDefault="65E111DC" w:rsidP="00D12265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Авторські права на розроблені студентами матеріали залишаються за </w:t>
      </w:r>
      <w:r w:rsidR="00B36BE9"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їхніми 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авторами, якщо інше не погоджено окремо.</w:t>
      </w:r>
    </w:p>
    <w:p w14:paraId="39BB7C17" w14:textId="77777777" w:rsidR="00834655" w:rsidRPr="0016306A" w:rsidRDefault="65E111DC" w:rsidP="00D12265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Учасники відповідають за дотримання прав третіх осіб.</w:t>
      </w:r>
    </w:p>
    <w:p w14:paraId="20F39A91" w14:textId="0FB66C1C" w:rsidR="00834655" w:rsidRPr="0016306A" w:rsidRDefault="65E111DC" w:rsidP="00D12265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 xml:space="preserve">Конфіденційна інформація може використовуватися у презентації лише </w:t>
      </w:r>
      <w:r w:rsidR="004A63B3">
        <w:rPr>
          <w:rFonts w:ascii="Times New Roman" w:hAnsi="Times New Roman" w:cs="Times New Roman"/>
          <w:sz w:val="24"/>
          <w:szCs w:val="24"/>
          <w:lang w:val="uk-UA"/>
        </w:rPr>
        <w:t xml:space="preserve">у разі отримання учасниками 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відповідного дозволу</w:t>
      </w:r>
      <w:r w:rsidR="004A63B3">
        <w:rPr>
          <w:rFonts w:ascii="Times New Roman" w:hAnsi="Times New Roman" w:cs="Times New Roman"/>
          <w:sz w:val="24"/>
          <w:szCs w:val="24"/>
          <w:lang w:val="uk-UA"/>
        </w:rPr>
        <w:t xml:space="preserve"> від власника конфіденційної інформації</w:t>
      </w:r>
      <w:r w:rsidRPr="0016306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E3D461B" w14:textId="77777777" w:rsidR="00C85E05" w:rsidRPr="0016306A" w:rsidRDefault="65E111DC" w:rsidP="00C85E05">
      <w:pPr>
        <w:pStyle w:val="a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Неконфіденційні матеріали можуть використовуватися UNIDO GQSP Ukraine для звітності, освітньої та комунікаційної діяльності із зазначенням авторства.</w:t>
      </w:r>
    </w:p>
    <w:p w14:paraId="578E0B3D" w14:textId="0350F9B2" w:rsidR="00834655" w:rsidRPr="0016306A" w:rsidRDefault="00D844A2" w:rsidP="00C85E05">
      <w:pPr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  <w:lang w:val="uk-UA"/>
        </w:rPr>
      </w:pPr>
      <w:r w:rsidRPr="0016306A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  <w:lang w:val="uk-UA"/>
        </w:rPr>
        <w:t>1</w:t>
      </w:r>
      <w:r w:rsidR="00D12265" w:rsidRPr="0016306A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  <w:lang w:val="uk-UA"/>
        </w:rPr>
        <w:t>5</w:t>
      </w:r>
      <w:r w:rsidRPr="0016306A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  <w:lang w:val="uk-UA"/>
        </w:rPr>
        <w:t xml:space="preserve">. Шаблон </w:t>
      </w:r>
      <w:r w:rsidR="00D12265" w:rsidRPr="0016306A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  <w:lang w:val="uk-UA"/>
        </w:rPr>
        <w:t xml:space="preserve"> - Письмовий </w:t>
      </w:r>
      <w:r w:rsidR="004A63B3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  <w:lang w:val="uk-UA"/>
        </w:rPr>
        <w:t>опис</w:t>
      </w:r>
      <w:r w:rsidR="004A63B3" w:rsidRPr="0016306A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  <w:lang w:val="uk-UA"/>
        </w:rPr>
        <w:t xml:space="preserve"> </w:t>
      </w:r>
      <w:r w:rsidR="00D12265" w:rsidRPr="0016306A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  <w:lang w:val="uk-UA"/>
        </w:rPr>
        <w:t>рішення</w:t>
      </w:r>
    </w:p>
    <w:p w14:paraId="2ACA7381" w14:textId="72CC5AA7" w:rsidR="00834655" w:rsidRPr="0016306A" w:rsidRDefault="00D844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Рекомендований обсяг: 2–4 сторінки</w:t>
      </w:r>
    </w:p>
    <w:p w14:paraId="5C5280A8" w14:textId="77777777" w:rsidR="00834655" w:rsidRPr="0016306A" w:rsidRDefault="00D844A2">
      <w:pPr>
        <w:pStyle w:val="21"/>
        <w:rPr>
          <w:rFonts w:ascii="Times New Roman" w:hAnsi="Times New Roman" w:cs="Times New Roman"/>
          <w:szCs w:val="24"/>
          <w:lang w:val="uk-UA"/>
        </w:rPr>
      </w:pPr>
      <w:r w:rsidRPr="0016306A">
        <w:rPr>
          <w:rFonts w:ascii="Times New Roman" w:hAnsi="Times New Roman" w:cs="Times New Roman"/>
          <w:szCs w:val="24"/>
          <w:lang w:val="uk-UA"/>
        </w:rPr>
        <w:t>1. Назва рішення</w:t>
      </w:r>
    </w:p>
    <w:p w14:paraId="1EAD8EC8" w14:textId="77777777" w:rsidR="00834655" w:rsidRPr="0016306A" w:rsidRDefault="00D844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</w:t>
      </w:r>
    </w:p>
    <w:p w14:paraId="6BE755A6" w14:textId="77777777" w:rsidR="00834655" w:rsidRPr="0016306A" w:rsidRDefault="00D844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</w:t>
      </w:r>
    </w:p>
    <w:p w14:paraId="5F1BE990" w14:textId="77777777" w:rsidR="00834655" w:rsidRPr="0016306A" w:rsidRDefault="00D844A2">
      <w:pPr>
        <w:pStyle w:val="21"/>
        <w:rPr>
          <w:rFonts w:ascii="Times New Roman" w:hAnsi="Times New Roman" w:cs="Times New Roman"/>
          <w:szCs w:val="24"/>
          <w:lang w:val="uk-UA"/>
        </w:rPr>
      </w:pPr>
      <w:r w:rsidRPr="0016306A">
        <w:rPr>
          <w:rFonts w:ascii="Times New Roman" w:hAnsi="Times New Roman" w:cs="Times New Roman"/>
          <w:szCs w:val="24"/>
          <w:lang w:val="uk-UA"/>
        </w:rPr>
        <w:t>2. Команда</w:t>
      </w:r>
    </w:p>
    <w:p w14:paraId="329EE28B" w14:textId="77777777" w:rsidR="00834655" w:rsidRPr="0016306A" w:rsidRDefault="00D844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</w:t>
      </w:r>
    </w:p>
    <w:p w14:paraId="2EC028FD" w14:textId="77777777" w:rsidR="00834655" w:rsidRPr="0016306A" w:rsidRDefault="00D844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</w:t>
      </w:r>
    </w:p>
    <w:p w14:paraId="44C44986" w14:textId="77777777" w:rsidR="00834655" w:rsidRPr="0016306A" w:rsidRDefault="00D844A2">
      <w:pPr>
        <w:pStyle w:val="21"/>
        <w:rPr>
          <w:rFonts w:ascii="Times New Roman" w:hAnsi="Times New Roman" w:cs="Times New Roman"/>
          <w:szCs w:val="24"/>
          <w:lang w:val="uk-UA"/>
        </w:rPr>
      </w:pPr>
      <w:r w:rsidRPr="0016306A">
        <w:rPr>
          <w:rFonts w:ascii="Times New Roman" w:hAnsi="Times New Roman" w:cs="Times New Roman"/>
          <w:szCs w:val="24"/>
          <w:lang w:val="uk-UA"/>
        </w:rPr>
        <w:t xml:space="preserve">3. </w:t>
      </w:r>
      <w:r w:rsidR="00D12265" w:rsidRPr="0016306A">
        <w:rPr>
          <w:rFonts w:ascii="Times New Roman" w:hAnsi="Times New Roman" w:cs="Times New Roman"/>
          <w:szCs w:val="24"/>
          <w:lang w:val="uk-UA"/>
        </w:rPr>
        <w:t>Виклик</w:t>
      </w:r>
    </w:p>
    <w:p w14:paraId="67978D6E" w14:textId="77777777" w:rsidR="00834655" w:rsidRPr="0016306A" w:rsidRDefault="00D844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</w:t>
      </w:r>
    </w:p>
    <w:p w14:paraId="0A1E211C" w14:textId="77777777" w:rsidR="00834655" w:rsidRPr="0016306A" w:rsidRDefault="00D844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</w:t>
      </w:r>
    </w:p>
    <w:p w14:paraId="617CFCBE" w14:textId="77777777" w:rsidR="00834655" w:rsidRPr="0016306A" w:rsidRDefault="00D844A2">
      <w:pPr>
        <w:pStyle w:val="21"/>
        <w:rPr>
          <w:rFonts w:ascii="Times New Roman" w:hAnsi="Times New Roman" w:cs="Times New Roman"/>
          <w:szCs w:val="24"/>
          <w:lang w:val="uk-UA"/>
        </w:rPr>
      </w:pPr>
      <w:r w:rsidRPr="0016306A">
        <w:rPr>
          <w:rFonts w:ascii="Times New Roman" w:hAnsi="Times New Roman" w:cs="Times New Roman"/>
          <w:szCs w:val="24"/>
          <w:lang w:val="uk-UA"/>
        </w:rPr>
        <w:t xml:space="preserve">4. </w:t>
      </w:r>
      <w:r w:rsidR="00D12265" w:rsidRPr="0016306A">
        <w:rPr>
          <w:rFonts w:ascii="Times New Roman" w:hAnsi="Times New Roman" w:cs="Times New Roman"/>
          <w:szCs w:val="24"/>
          <w:lang w:val="uk-UA"/>
        </w:rPr>
        <w:t>Опис проблеми</w:t>
      </w:r>
    </w:p>
    <w:p w14:paraId="1BECCEFB" w14:textId="77777777" w:rsidR="00834655" w:rsidRPr="0016306A" w:rsidRDefault="00D844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</w:t>
      </w:r>
    </w:p>
    <w:p w14:paraId="1ABFCBAD" w14:textId="77777777" w:rsidR="00834655" w:rsidRPr="0016306A" w:rsidRDefault="00D844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</w:t>
      </w:r>
    </w:p>
    <w:p w14:paraId="7551FDE6" w14:textId="77777777" w:rsidR="00834655" w:rsidRPr="0016306A" w:rsidRDefault="00D844A2">
      <w:pPr>
        <w:pStyle w:val="21"/>
        <w:rPr>
          <w:rFonts w:ascii="Times New Roman" w:hAnsi="Times New Roman" w:cs="Times New Roman"/>
          <w:szCs w:val="24"/>
          <w:lang w:val="uk-UA"/>
        </w:rPr>
      </w:pPr>
      <w:r w:rsidRPr="0016306A">
        <w:rPr>
          <w:rFonts w:ascii="Times New Roman" w:hAnsi="Times New Roman" w:cs="Times New Roman"/>
          <w:szCs w:val="24"/>
          <w:lang w:val="uk-UA"/>
        </w:rPr>
        <w:t xml:space="preserve">5. </w:t>
      </w:r>
      <w:r w:rsidR="00D12265" w:rsidRPr="0016306A">
        <w:rPr>
          <w:rFonts w:ascii="Times New Roman" w:hAnsi="Times New Roman" w:cs="Times New Roman"/>
          <w:szCs w:val="24"/>
          <w:lang w:val="uk-UA"/>
        </w:rPr>
        <w:t>Дослідження та обґрунтування</w:t>
      </w:r>
    </w:p>
    <w:p w14:paraId="28E1FEFE" w14:textId="77777777" w:rsidR="00834655" w:rsidRPr="0016306A" w:rsidRDefault="00D844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</w:t>
      </w:r>
    </w:p>
    <w:p w14:paraId="5AC1D72A" w14:textId="77777777" w:rsidR="00834655" w:rsidRPr="0016306A" w:rsidRDefault="00D844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</w:t>
      </w:r>
    </w:p>
    <w:p w14:paraId="2388ACAF" w14:textId="77777777" w:rsidR="00834655" w:rsidRPr="0016306A" w:rsidRDefault="00D844A2">
      <w:pPr>
        <w:pStyle w:val="21"/>
        <w:rPr>
          <w:rFonts w:ascii="Times New Roman" w:hAnsi="Times New Roman" w:cs="Times New Roman"/>
          <w:szCs w:val="24"/>
          <w:lang w:val="uk-UA"/>
        </w:rPr>
      </w:pPr>
      <w:r w:rsidRPr="0016306A">
        <w:rPr>
          <w:rFonts w:ascii="Times New Roman" w:hAnsi="Times New Roman" w:cs="Times New Roman"/>
          <w:szCs w:val="24"/>
          <w:lang w:val="uk-UA"/>
        </w:rPr>
        <w:lastRenderedPageBreak/>
        <w:t xml:space="preserve">6. </w:t>
      </w:r>
      <w:r w:rsidR="00D12265" w:rsidRPr="0016306A">
        <w:rPr>
          <w:rFonts w:ascii="Times New Roman" w:hAnsi="Times New Roman" w:cs="Times New Roman"/>
          <w:szCs w:val="24"/>
          <w:lang w:val="uk-UA"/>
        </w:rPr>
        <w:t>Запропоноване рішення</w:t>
      </w:r>
    </w:p>
    <w:p w14:paraId="71E56C78" w14:textId="77777777" w:rsidR="00834655" w:rsidRPr="0016306A" w:rsidRDefault="00D844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</w:t>
      </w:r>
    </w:p>
    <w:p w14:paraId="2594671E" w14:textId="77777777" w:rsidR="00834655" w:rsidRPr="0016306A" w:rsidRDefault="00D844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</w:t>
      </w:r>
    </w:p>
    <w:p w14:paraId="6D451036" w14:textId="77777777" w:rsidR="00834655" w:rsidRPr="0016306A" w:rsidRDefault="00D844A2">
      <w:pPr>
        <w:pStyle w:val="21"/>
        <w:rPr>
          <w:rFonts w:ascii="Times New Roman" w:hAnsi="Times New Roman" w:cs="Times New Roman"/>
          <w:szCs w:val="24"/>
          <w:lang w:val="uk-UA"/>
        </w:rPr>
      </w:pPr>
      <w:r w:rsidRPr="0016306A">
        <w:rPr>
          <w:rFonts w:ascii="Times New Roman" w:hAnsi="Times New Roman" w:cs="Times New Roman"/>
          <w:szCs w:val="24"/>
          <w:lang w:val="uk-UA"/>
        </w:rPr>
        <w:t xml:space="preserve">7. </w:t>
      </w:r>
      <w:r w:rsidR="00D12265" w:rsidRPr="0016306A">
        <w:rPr>
          <w:rFonts w:ascii="Times New Roman" w:hAnsi="Times New Roman" w:cs="Times New Roman"/>
          <w:szCs w:val="24"/>
          <w:lang w:val="uk-UA"/>
        </w:rPr>
        <w:t>Цінність і вплив</w:t>
      </w:r>
    </w:p>
    <w:p w14:paraId="48DAD468" w14:textId="77777777" w:rsidR="00834655" w:rsidRPr="0016306A" w:rsidRDefault="00D844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</w:t>
      </w:r>
    </w:p>
    <w:p w14:paraId="5BDA49A9" w14:textId="77777777" w:rsidR="00834655" w:rsidRPr="0016306A" w:rsidRDefault="00D844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</w:t>
      </w:r>
    </w:p>
    <w:p w14:paraId="5FD945B8" w14:textId="77777777" w:rsidR="00834655" w:rsidRPr="0016306A" w:rsidRDefault="00D844A2">
      <w:pPr>
        <w:pStyle w:val="21"/>
        <w:rPr>
          <w:rFonts w:ascii="Times New Roman" w:hAnsi="Times New Roman" w:cs="Times New Roman"/>
          <w:szCs w:val="24"/>
          <w:lang w:val="uk-UA"/>
        </w:rPr>
      </w:pPr>
      <w:r w:rsidRPr="0016306A">
        <w:rPr>
          <w:rFonts w:ascii="Times New Roman" w:hAnsi="Times New Roman" w:cs="Times New Roman"/>
          <w:szCs w:val="24"/>
          <w:lang w:val="uk-UA"/>
        </w:rPr>
        <w:t xml:space="preserve">8. </w:t>
      </w:r>
      <w:r w:rsidR="00D12265" w:rsidRPr="0016306A">
        <w:rPr>
          <w:rFonts w:ascii="Times New Roman" w:hAnsi="Times New Roman" w:cs="Times New Roman"/>
          <w:szCs w:val="24"/>
          <w:lang w:val="uk-UA"/>
        </w:rPr>
        <w:t>Реалістичність впровадження</w:t>
      </w:r>
    </w:p>
    <w:p w14:paraId="12222500" w14:textId="77777777" w:rsidR="00834655" w:rsidRPr="0016306A" w:rsidRDefault="00D844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</w:t>
      </w:r>
    </w:p>
    <w:p w14:paraId="694B4C29" w14:textId="77777777" w:rsidR="00834655" w:rsidRPr="0016306A" w:rsidRDefault="00D844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</w:t>
      </w:r>
    </w:p>
    <w:p w14:paraId="2A4EFE42" w14:textId="77777777" w:rsidR="00834655" w:rsidRPr="0016306A" w:rsidRDefault="00D844A2">
      <w:pPr>
        <w:pStyle w:val="21"/>
        <w:rPr>
          <w:rFonts w:ascii="Times New Roman" w:hAnsi="Times New Roman" w:cs="Times New Roman"/>
          <w:szCs w:val="24"/>
          <w:lang w:val="uk-UA"/>
        </w:rPr>
      </w:pPr>
      <w:r w:rsidRPr="0016306A">
        <w:rPr>
          <w:rFonts w:ascii="Times New Roman" w:hAnsi="Times New Roman" w:cs="Times New Roman"/>
          <w:szCs w:val="24"/>
          <w:lang w:val="uk-UA"/>
        </w:rPr>
        <w:t xml:space="preserve">9. </w:t>
      </w:r>
      <w:r w:rsidR="00D12265" w:rsidRPr="0016306A">
        <w:rPr>
          <w:rFonts w:ascii="Times New Roman" w:hAnsi="Times New Roman" w:cs="Times New Roman"/>
          <w:szCs w:val="24"/>
          <w:lang w:val="uk-UA"/>
        </w:rPr>
        <w:t>Перевірка та підтвердження</w:t>
      </w:r>
    </w:p>
    <w:p w14:paraId="53C3C1B0" w14:textId="77777777" w:rsidR="00834655" w:rsidRPr="0016306A" w:rsidRDefault="00D844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</w:t>
      </w:r>
    </w:p>
    <w:p w14:paraId="7B2B38E7" w14:textId="77777777" w:rsidR="00834655" w:rsidRPr="0016306A" w:rsidRDefault="00D844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</w:t>
      </w:r>
    </w:p>
    <w:p w14:paraId="4E671B56" w14:textId="77777777" w:rsidR="00834655" w:rsidRPr="0016306A" w:rsidRDefault="00D844A2">
      <w:pPr>
        <w:pStyle w:val="21"/>
        <w:rPr>
          <w:rFonts w:ascii="Times New Roman" w:hAnsi="Times New Roman" w:cs="Times New Roman"/>
          <w:szCs w:val="24"/>
          <w:lang w:val="uk-UA"/>
        </w:rPr>
      </w:pPr>
      <w:r w:rsidRPr="0016306A">
        <w:rPr>
          <w:rFonts w:ascii="Times New Roman" w:hAnsi="Times New Roman" w:cs="Times New Roman"/>
          <w:szCs w:val="24"/>
          <w:lang w:val="uk-UA"/>
        </w:rPr>
        <w:t xml:space="preserve">10. </w:t>
      </w:r>
      <w:r w:rsidR="00D12265" w:rsidRPr="0016306A">
        <w:rPr>
          <w:rFonts w:ascii="Times New Roman" w:hAnsi="Times New Roman" w:cs="Times New Roman"/>
          <w:szCs w:val="24"/>
          <w:lang w:val="uk-UA"/>
        </w:rPr>
        <w:t>Наступний крок</w:t>
      </w:r>
    </w:p>
    <w:p w14:paraId="29D46F34" w14:textId="77777777" w:rsidR="00834655" w:rsidRPr="0016306A" w:rsidRDefault="00D844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</w:t>
      </w:r>
    </w:p>
    <w:p w14:paraId="5F18AB54" w14:textId="77777777" w:rsidR="00834655" w:rsidRPr="0016306A" w:rsidRDefault="00D844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</w:t>
      </w:r>
    </w:p>
    <w:p w14:paraId="4345D444" w14:textId="77777777" w:rsidR="00834655" w:rsidRPr="0016306A" w:rsidRDefault="00D844A2">
      <w:pPr>
        <w:pStyle w:val="21"/>
        <w:rPr>
          <w:rFonts w:ascii="Times New Roman" w:hAnsi="Times New Roman" w:cs="Times New Roman"/>
          <w:szCs w:val="24"/>
          <w:lang w:val="uk-UA"/>
        </w:rPr>
      </w:pPr>
      <w:r w:rsidRPr="0016306A">
        <w:rPr>
          <w:rFonts w:ascii="Times New Roman" w:hAnsi="Times New Roman" w:cs="Times New Roman"/>
          <w:szCs w:val="24"/>
          <w:lang w:val="uk-UA"/>
        </w:rPr>
        <w:t xml:space="preserve">11. </w:t>
      </w:r>
      <w:r w:rsidR="00D12265" w:rsidRPr="0016306A">
        <w:rPr>
          <w:rFonts w:ascii="Times New Roman" w:hAnsi="Times New Roman" w:cs="Times New Roman"/>
          <w:szCs w:val="24"/>
          <w:lang w:val="uk-UA"/>
        </w:rPr>
        <w:t>Ризики та обмеження</w:t>
      </w:r>
    </w:p>
    <w:p w14:paraId="6CAE393F" w14:textId="77777777" w:rsidR="00834655" w:rsidRPr="0016306A" w:rsidRDefault="00D844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</w:t>
      </w:r>
    </w:p>
    <w:p w14:paraId="572814E2" w14:textId="77777777" w:rsidR="00834655" w:rsidRPr="0016306A" w:rsidRDefault="00D844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</w:t>
      </w:r>
    </w:p>
    <w:p w14:paraId="690F3AEB" w14:textId="77777777" w:rsidR="00834655" w:rsidRPr="0016306A" w:rsidRDefault="00D844A2">
      <w:pPr>
        <w:pStyle w:val="21"/>
        <w:rPr>
          <w:rFonts w:ascii="Times New Roman" w:hAnsi="Times New Roman" w:cs="Times New Roman"/>
          <w:szCs w:val="24"/>
          <w:lang w:val="uk-UA"/>
        </w:rPr>
      </w:pPr>
      <w:r w:rsidRPr="0016306A">
        <w:rPr>
          <w:rFonts w:ascii="Times New Roman" w:hAnsi="Times New Roman" w:cs="Times New Roman"/>
          <w:szCs w:val="24"/>
          <w:lang w:val="uk-UA"/>
        </w:rPr>
        <w:t xml:space="preserve">12. </w:t>
      </w:r>
      <w:r w:rsidR="00D12265" w:rsidRPr="0016306A">
        <w:rPr>
          <w:rFonts w:ascii="Times New Roman" w:hAnsi="Times New Roman" w:cs="Times New Roman"/>
          <w:szCs w:val="24"/>
          <w:lang w:val="uk-UA"/>
        </w:rPr>
        <w:t>Джерела</w:t>
      </w:r>
    </w:p>
    <w:p w14:paraId="73F72E16" w14:textId="77777777" w:rsidR="00834655" w:rsidRPr="0016306A" w:rsidRDefault="00D844A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</w:t>
      </w:r>
    </w:p>
    <w:p w14:paraId="5A39BBE3" w14:textId="77777777" w:rsidR="00834655" w:rsidRPr="0016306A" w:rsidRDefault="00834655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240B73AC" w14:textId="417CCB3E" w:rsidR="0087110C" w:rsidRPr="0016306A" w:rsidRDefault="0087110C" w:rsidP="008711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bookmarkStart w:id="0" w:name="OLE_LINK4"/>
      <w:r w:rsidRPr="001630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16. Подача фінальних робіт</w:t>
      </w:r>
    </w:p>
    <w:p w14:paraId="66614741" w14:textId="77777777" w:rsidR="0087110C" w:rsidRPr="0016306A" w:rsidRDefault="0087110C" w:rsidP="003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16306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Кінцевий термін подання фінальних робіт — </w:t>
      </w:r>
      <w:r w:rsidRPr="001630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6 листопада 2026 року о 23:55 (за київським часом).</w:t>
      </w:r>
    </w:p>
    <w:p w14:paraId="73273D28" w14:textId="00854257" w:rsidR="0087110C" w:rsidRPr="0016306A" w:rsidRDefault="0087110C" w:rsidP="003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6306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Після 23:55 6 листопада 2026 року подання або заміна фінальних матеріалів допускається лише за рішенням організаторів.</w:t>
      </w:r>
    </w:p>
    <w:p w14:paraId="3CF7642D" w14:textId="38D22C51" w:rsidR="0087110C" w:rsidRPr="0016306A" w:rsidRDefault="0087110C" w:rsidP="003F7CE6">
      <w:pPr>
        <w:pStyle w:val="pdq2pgselectionanchorcontainer"/>
        <w:jc w:val="both"/>
        <w:rPr>
          <w:color w:val="000000"/>
          <w:lang w:val="uk-UA"/>
        </w:rPr>
      </w:pPr>
      <w:r w:rsidRPr="0016306A">
        <w:rPr>
          <w:color w:val="000000"/>
          <w:lang w:val="uk-UA"/>
        </w:rPr>
        <w:t>Фінальні матеріали необхідно надіслати електронною поштою на адресу </w:t>
      </w:r>
      <w:hyperlink r:id="rId12" w:history="1">
        <w:r w:rsidRPr="0016306A">
          <w:rPr>
            <w:rStyle w:val="afff"/>
            <w:b/>
            <w:bCs/>
            <w:lang w:val="uk-UA"/>
          </w:rPr>
          <w:t>r.bratash@unido.org</w:t>
        </w:r>
      </w:hyperlink>
      <w:r w:rsidRPr="0016306A">
        <w:rPr>
          <w:color w:val="000000"/>
          <w:lang w:val="uk-UA"/>
        </w:rPr>
        <w:t xml:space="preserve">. </w:t>
      </w:r>
      <w:r w:rsidRPr="0016306A">
        <w:rPr>
          <w:rStyle w:val="af6"/>
          <w:color w:val="000000"/>
          <w:lang w:val="uk-UA"/>
        </w:rPr>
        <w:t xml:space="preserve">Рекомендований формат теми електронного листа: </w:t>
      </w:r>
      <w:proofErr w:type="spellStart"/>
      <w:r w:rsidRPr="0016306A">
        <w:rPr>
          <w:rStyle w:val="af6"/>
          <w:color w:val="000000"/>
          <w:lang w:val="uk-UA"/>
        </w:rPr>
        <w:t>Student</w:t>
      </w:r>
      <w:proofErr w:type="spellEnd"/>
      <w:r w:rsidRPr="0016306A">
        <w:rPr>
          <w:rStyle w:val="af6"/>
          <w:color w:val="000000"/>
          <w:lang w:val="uk-UA"/>
        </w:rPr>
        <w:t xml:space="preserve"> </w:t>
      </w:r>
      <w:proofErr w:type="spellStart"/>
      <w:r w:rsidRPr="0016306A">
        <w:rPr>
          <w:rStyle w:val="af6"/>
          <w:color w:val="000000"/>
          <w:lang w:val="uk-UA"/>
        </w:rPr>
        <w:t>Innovation</w:t>
      </w:r>
      <w:proofErr w:type="spellEnd"/>
      <w:r w:rsidRPr="0016306A">
        <w:rPr>
          <w:rStyle w:val="af6"/>
          <w:color w:val="000000"/>
          <w:lang w:val="uk-UA"/>
        </w:rPr>
        <w:t xml:space="preserve"> </w:t>
      </w:r>
      <w:proofErr w:type="spellStart"/>
      <w:r w:rsidRPr="0016306A">
        <w:rPr>
          <w:rStyle w:val="af6"/>
          <w:color w:val="000000"/>
          <w:lang w:val="uk-UA"/>
        </w:rPr>
        <w:t>Challenge</w:t>
      </w:r>
      <w:proofErr w:type="spellEnd"/>
      <w:r w:rsidRPr="0016306A">
        <w:rPr>
          <w:rStyle w:val="af6"/>
          <w:color w:val="000000"/>
          <w:lang w:val="uk-UA"/>
        </w:rPr>
        <w:t xml:space="preserve"> – [Назва ЗВО] – [Назва команди]</w:t>
      </w:r>
    </w:p>
    <w:p w14:paraId="79CAEAD6" w14:textId="77777777" w:rsidR="0087110C" w:rsidRPr="0016306A" w:rsidRDefault="0087110C" w:rsidP="008711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6306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Лист має містити:</w:t>
      </w:r>
    </w:p>
    <w:p w14:paraId="78A0016F" w14:textId="77777777" w:rsidR="0087110C" w:rsidRPr="0016306A" w:rsidRDefault="0087110C" w:rsidP="0087110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630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короткий супровідний текст</w:t>
      </w:r>
      <w:r w:rsidRPr="0016306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 із зазначенням:</w:t>
      </w:r>
    </w:p>
    <w:p w14:paraId="2D63FC88" w14:textId="77777777" w:rsidR="0087110C" w:rsidRPr="0016306A" w:rsidRDefault="0087110C" w:rsidP="0087110C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6306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назви закладу вищої освіти;</w:t>
      </w:r>
    </w:p>
    <w:p w14:paraId="6FDBB4F6" w14:textId="77777777" w:rsidR="0087110C" w:rsidRPr="0016306A" w:rsidRDefault="0087110C" w:rsidP="0087110C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6306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назви команди;</w:t>
      </w:r>
    </w:p>
    <w:p w14:paraId="5ABA2D1D" w14:textId="77777777" w:rsidR="0087110C" w:rsidRPr="0016306A" w:rsidRDefault="0087110C" w:rsidP="0087110C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6306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номера та назви обраного виклику;</w:t>
      </w:r>
    </w:p>
    <w:p w14:paraId="33619305" w14:textId="50B0CF01" w:rsidR="0087110C" w:rsidRPr="0016306A" w:rsidRDefault="0087110C" w:rsidP="0087110C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6306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lastRenderedPageBreak/>
        <w:t>імен учасників команди та куратора;</w:t>
      </w:r>
    </w:p>
    <w:p w14:paraId="4151E65B" w14:textId="77777777" w:rsidR="0087110C" w:rsidRPr="0016306A" w:rsidRDefault="0087110C" w:rsidP="0087110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630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фінальну презентацію команди</w:t>
      </w:r>
      <w:r w:rsidRPr="0016306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 — обов'язково;</w:t>
      </w:r>
    </w:p>
    <w:p w14:paraId="7DFF0C18" w14:textId="6625F99D" w:rsidR="0087110C" w:rsidRPr="0016306A" w:rsidRDefault="0087110C" w:rsidP="0087110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1630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документ з описом роботи</w:t>
      </w:r>
      <w:r w:rsidRPr="0016306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— за бажанням команди.</w:t>
      </w:r>
    </w:p>
    <w:p w14:paraId="12EDBC26" w14:textId="70D02C13" w:rsidR="0087110C" w:rsidRPr="0016306A" w:rsidRDefault="0087110C" w:rsidP="003F7CE6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6306A">
        <w:rPr>
          <w:rFonts w:ascii="Times New Roman" w:hAnsi="Times New Roman" w:cs="Times New Roman"/>
          <w:sz w:val="24"/>
          <w:szCs w:val="24"/>
          <w:lang w:val="uk-UA"/>
        </w:rPr>
        <w:t>Важливо: фінальною роботою, що обов'язково подається для участі в оцінюванні, є презентація. Документ із детальним описом рішення є додатковим матеріалом і може бути поданий командою за бажанням.</w:t>
      </w:r>
    </w:p>
    <w:bookmarkEnd w:id="0"/>
    <w:p w14:paraId="7CBF3256" w14:textId="5B864361" w:rsidR="00834655" w:rsidRPr="0016306A" w:rsidRDefault="0087110C" w:rsidP="00D12265">
      <w:pPr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  <w:lang w:val="uk-UA"/>
        </w:rPr>
      </w:pPr>
      <w:r w:rsidRPr="0016306A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  <w:lang w:val="uk-UA"/>
        </w:rPr>
        <w:t>17</w:t>
      </w:r>
      <w:r w:rsidR="00D844A2" w:rsidRPr="0016306A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  <w:lang w:val="uk-UA"/>
        </w:rPr>
        <w:t xml:space="preserve">. </w:t>
      </w:r>
      <w:r w:rsidR="00D12265" w:rsidRPr="0016306A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  <w:lang w:val="uk-UA"/>
        </w:rPr>
        <w:t>Часті питання та відповіді</w:t>
      </w:r>
    </w:p>
    <w:p w14:paraId="60F7D553" w14:textId="77777777" w:rsidR="00834655" w:rsidRPr="00AC45E8" w:rsidRDefault="00D844A2" w:rsidP="00AC45E8">
      <w:pPr>
        <w:pStyle w:val="a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b/>
          <w:sz w:val="24"/>
          <w:szCs w:val="24"/>
          <w:lang w:val="uk-UA"/>
        </w:rPr>
        <w:t>Скільки студентів у команді?</w:t>
      </w:r>
    </w:p>
    <w:p w14:paraId="50E04DE0" w14:textId="0FC532A8" w:rsidR="00834655" w:rsidRPr="00AC45E8" w:rsidRDefault="00D844A2" w:rsidP="00AC45E8">
      <w:pPr>
        <w:pStyle w:val="ae"/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sz w:val="24"/>
          <w:szCs w:val="24"/>
          <w:lang w:val="uk-UA"/>
        </w:rPr>
        <w:t xml:space="preserve">До </w:t>
      </w:r>
      <w:r w:rsidR="00D12265" w:rsidRPr="00AC45E8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631CB2" w:rsidRPr="00AC45E8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D12265" w:rsidRPr="00AC45E8">
        <w:rPr>
          <w:rFonts w:ascii="Times New Roman" w:hAnsi="Times New Roman" w:cs="Times New Roman"/>
          <w:sz w:val="24"/>
          <w:szCs w:val="24"/>
          <w:lang w:val="uk-UA"/>
        </w:rPr>
        <w:t xml:space="preserve">х </w:t>
      </w:r>
      <w:r w:rsidRPr="00AC45E8">
        <w:rPr>
          <w:rFonts w:ascii="Times New Roman" w:hAnsi="Times New Roman" w:cs="Times New Roman"/>
          <w:sz w:val="24"/>
          <w:szCs w:val="24"/>
          <w:lang w:val="uk-UA"/>
        </w:rPr>
        <w:t>студентів плюс 1 куратор/наставник.</w:t>
      </w:r>
    </w:p>
    <w:p w14:paraId="706F1D1C" w14:textId="77777777" w:rsidR="00834655" w:rsidRPr="00AC45E8" w:rsidRDefault="00D844A2" w:rsidP="00AC45E8">
      <w:pPr>
        <w:pStyle w:val="a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b/>
          <w:sz w:val="24"/>
          <w:szCs w:val="24"/>
          <w:lang w:val="uk-UA"/>
        </w:rPr>
        <w:t>Чи входить куратор до ліміту 5?</w:t>
      </w:r>
    </w:p>
    <w:p w14:paraId="34C1043D" w14:textId="77777777" w:rsidR="00834655" w:rsidRPr="00AC45E8" w:rsidRDefault="00D12265" w:rsidP="00AC45E8">
      <w:pPr>
        <w:pStyle w:val="ae"/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sz w:val="24"/>
          <w:szCs w:val="24"/>
          <w:lang w:val="uk-UA"/>
        </w:rPr>
        <w:t>Так. Куратор входить до команди 4+1.</w:t>
      </w:r>
    </w:p>
    <w:p w14:paraId="61A3FEF6" w14:textId="77777777" w:rsidR="00834655" w:rsidRPr="00AC45E8" w:rsidRDefault="00D844A2" w:rsidP="00AC45E8">
      <w:pPr>
        <w:pStyle w:val="a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b/>
          <w:sz w:val="24"/>
          <w:szCs w:val="24"/>
          <w:lang w:val="uk-UA"/>
        </w:rPr>
        <w:t>Чи повинні всі студенти виступати?</w:t>
      </w:r>
    </w:p>
    <w:p w14:paraId="08AF8322" w14:textId="77777777" w:rsidR="00834655" w:rsidRPr="00AC45E8" w:rsidRDefault="00D844A2" w:rsidP="00AC45E8">
      <w:pPr>
        <w:pStyle w:val="ae"/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sz w:val="24"/>
          <w:szCs w:val="24"/>
          <w:lang w:val="uk-UA"/>
        </w:rPr>
        <w:t>Ні. Команда самостійно визначає кількість спікерів і формат презентації.</w:t>
      </w:r>
    </w:p>
    <w:p w14:paraId="3E3A4CDB" w14:textId="77777777" w:rsidR="00834655" w:rsidRPr="00AC45E8" w:rsidRDefault="00D844A2" w:rsidP="00AC45E8">
      <w:pPr>
        <w:pStyle w:val="a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b/>
          <w:sz w:val="24"/>
          <w:szCs w:val="24"/>
          <w:lang w:val="uk-UA"/>
        </w:rPr>
        <w:t>Чи можуть бути студенти різних спеціальностей?</w:t>
      </w:r>
    </w:p>
    <w:p w14:paraId="2ECD8CE0" w14:textId="77777777" w:rsidR="00834655" w:rsidRPr="00AC45E8" w:rsidRDefault="00D844A2" w:rsidP="00AC45E8">
      <w:pPr>
        <w:pStyle w:val="ae"/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sz w:val="24"/>
          <w:szCs w:val="24"/>
          <w:lang w:val="uk-UA"/>
        </w:rPr>
        <w:t>Так, міждисциплінарні команди заохочуються.</w:t>
      </w:r>
    </w:p>
    <w:p w14:paraId="53E487EA" w14:textId="77777777" w:rsidR="00834655" w:rsidRPr="00AC45E8" w:rsidRDefault="00D844A2" w:rsidP="00AC45E8">
      <w:pPr>
        <w:pStyle w:val="a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b/>
          <w:sz w:val="24"/>
          <w:szCs w:val="24"/>
          <w:lang w:val="uk-UA"/>
        </w:rPr>
        <w:t>Чи обов’язковий прототип?</w:t>
      </w:r>
    </w:p>
    <w:p w14:paraId="4B72E4F4" w14:textId="77777777" w:rsidR="00834655" w:rsidRPr="00AC45E8" w:rsidRDefault="00D844A2" w:rsidP="00AC45E8">
      <w:pPr>
        <w:pStyle w:val="ae"/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sz w:val="24"/>
          <w:szCs w:val="24"/>
          <w:lang w:val="uk-UA"/>
        </w:rPr>
        <w:t>Ні. Прототип або тестування бажані, але не є обов’язковими.</w:t>
      </w:r>
    </w:p>
    <w:p w14:paraId="46A2EDD2" w14:textId="77777777" w:rsidR="00834655" w:rsidRPr="00AC45E8" w:rsidRDefault="00D844A2" w:rsidP="00AC45E8">
      <w:pPr>
        <w:pStyle w:val="a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b/>
          <w:sz w:val="24"/>
          <w:szCs w:val="24"/>
          <w:lang w:val="uk-UA"/>
        </w:rPr>
        <w:t>Чи гарантується впровадження рішення?</w:t>
      </w:r>
    </w:p>
    <w:p w14:paraId="79F24310" w14:textId="77777777" w:rsidR="00834655" w:rsidRPr="00AC45E8" w:rsidRDefault="00D844A2" w:rsidP="00AC45E8">
      <w:pPr>
        <w:pStyle w:val="ae"/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sz w:val="24"/>
          <w:szCs w:val="24"/>
          <w:lang w:val="uk-UA"/>
        </w:rPr>
        <w:t>Ні. Можливість подальшого розвитку або пілотування залежить від рішення та зацікавленості партнерів.</w:t>
      </w:r>
    </w:p>
    <w:p w14:paraId="2C85B356" w14:textId="48D3CA56" w:rsidR="00834655" w:rsidRPr="00AC45E8" w:rsidRDefault="00D844A2" w:rsidP="00AC45E8">
      <w:pPr>
        <w:pStyle w:val="a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b/>
          <w:sz w:val="24"/>
          <w:szCs w:val="24"/>
          <w:lang w:val="uk-UA"/>
        </w:rPr>
        <w:t xml:space="preserve">Чи можна використовувати </w:t>
      </w:r>
      <w:r w:rsidR="005D501B" w:rsidRPr="00AC45E8">
        <w:rPr>
          <w:rFonts w:ascii="Times New Roman" w:hAnsi="Times New Roman" w:cs="Times New Roman"/>
          <w:b/>
          <w:sz w:val="24"/>
          <w:szCs w:val="24"/>
          <w:lang w:val="uk-UA"/>
        </w:rPr>
        <w:t>штучний інтелект</w:t>
      </w:r>
      <w:r w:rsidRPr="00AC45E8">
        <w:rPr>
          <w:rFonts w:ascii="Times New Roman" w:hAnsi="Times New Roman" w:cs="Times New Roman"/>
          <w:b/>
          <w:sz w:val="24"/>
          <w:szCs w:val="24"/>
          <w:lang w:val="uk-UA"/>
        </w:rPr>
        <w:t>?</w:t>
      </w:r>
    </w:p>
    <w:p w14:paraId="15C8D8E0" w14:textId="60AA402F" w:rsidR="00834655" w:rsidRPr="00AC45E8" w:rsidRDefault="00D844A2" w:rsidP="00AC45E8">
      <w:pPr>
        <w:pStyle w:val="ae"/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sz w:val="24"/>
          <w:szCs w:val="24"/>
          <w:lang w:val="uk-UA"/>
        </w:rPr>
        <w:t>Так, відповідно до правил академічної доброчесності. Команда відповідає за достовірність матеріалів</w:t>
      </w:r>
      <w:r w:rsidR="00442BDE" w:rsidRPr="00AC45E8">
        <w:rPr>
          <w:rFonts w:ascii="Times New Roman" w:hAnsi="Times New Roman" w:cs="Times New Roman"/>
          <w:sz w:val="24"/>
          <w:szCs w:val="24"/>
          <w:lang w:val="uk-UA"/>
        </w:rPr>
        <w:t xml:space="preserve"> та вказує джерела інформації</w:t>
      </w:r>
      <w:r w:rsidRPr="00AC45E8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2F94A870" w14:textId="77777777" w:rsidR="00834655" w:rsidRPr="00AC45E8" w:rsidRDefault="00D844A2" w:rsidP="00AC45E8">
      <w:pPr>
        <w:pStyle w:val="a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b/>
          <w:sz w:val="24"/>
          <w:szCs w:val="24"/>
          <w:lang w:val="uk-UA"/>
        </w:rPr>
        <w:t>Коли подаються роботи?</w:t>
      </w:r>
    </w:p>
    <w:p w14:paraId="47AB79AC" w14:textId="13431FC9" w:rsidR="00834655" w:rsidRPr="00AC45E8" w:rsidRDefault="00D844A2" w:rsidP="00AC45E8">
      <w:pPr>
        <w:pStyle w:val="ae"/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sz w:val="24"/>
          <w:szCs w:val="24"/>
          <w:lang w:val="uk-UA"/>
        </w:rPr>
        <w:t>До 6 листопада</w:t>
      </w:r>
      <w:r w:rsidR="00AD2518" w:rsidRPr="00AC45E8">
        <w:rPr>
          <w:rFonts w:ascii="Times New Roman" w:hAnsi="Times New Roman" w:cs="Times New Roman"/>
          <w:sz w:val="24"/>
          <w:szCs w:val="24"/>
          <w:lang w:val="uk-UA"/>
        </w:rPr>
        <w:t xml:space="preserve"> (включно)</w:t>
      </w:r>
      <w:r w:rsidRPr="00AC45E8">
        <w:rPr>
          <w:rFonts w:ascii="Times New Roman" w:hAnsi="Times New Roman" w:cs="Times New Roman"/>
          <w:sz w:val="24"/>
          <w:szCs w:val="24"/>
          <w:lang w:val="uk-UA"/>
        </w:rPr>
        <w:t xml:space="preserve"> 2026 року.</w:t>
      </w:r>
    </w:p>
    <w:p w14:paraId="070C241A" w14:textId="77777777" w:rsidR="00834655" w:rsidRPr="00AC45E8" w:rsidRDefault="00D844A2" w:rsidP="00AC45E8">
      <w:pPr>
        <w:pStyle w:val="a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b/>
          <w:sz w:val="24"/>
          <w:szCs w:val="24"/>
          <w:lang w:val="uk-UA"/>
        </w:rPr>
        <w:t>Коли презентації?</w:t>
      </w:r>
    </w:p>
    <w:p w14:paraId="06B7900E" w14:textId="77777777" w:rsidR="00834655" w:rsidRPr="00AC45E8" w:rsidRDefault="00D844A2" w:rsidP="00AC45E8">
      <w:pPr>
        <w:pStyle w:val="ae"/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sz w:val="24"/>
          <w:szCs w:val="24"/>
          <w:lang w:val="uk-UA"/>
        </w:rPr>
        <w:t>11–12 листопада 2026 року.</w:t>
      </w:r>
    </w:p>
    <w:p w14:paraId="2F557629" w14:textId="77777777" w:rsidR="00834655" w:rsidRPr="00AC45E8" w:rsidRDefault="00D844A2" w:rsidP="00AC45E8">
      <w:pPr>
        <w:pStyle w:val="ae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b/>
          <w:sz w:val="24"/>
          <w:szCs w:val="24"/>
          <w:lang w:val="uk-UA"/>
        </w:rPr>
        <w:t>Коли результати?</w:t>
      </w:r>
    </w:p>
    <w:p w14:paraId="12CF3C63" w14:textId="3EB2819A" w:rsidR="00834655" w:rsidRPr="00AC45E8" w:rsidRDefault="00D844A2" w:rsidP="00AC45E8">
      <w:pPr>
        <w:pStyle w:val="ae"/>
        <w:rPr>
          <w:rFonts w:ascii="Times New Roman" w:hAnsi="Times New Roman" w:cs="Times New Roman"/>
          <w:sz w:val="24"/>
          <w:szCs w:val="24"/>
          <w:lang w:val="uk-UA"/>
        </w:rPr>
      </w:pPr>
      <w:r w:rsidRPr="00AC45E8">
        <w:rPr>
          <w:rFonts w:ascii="Times New Roman" w:hAnsi="Times New Roman" w:cs="Times New Roman"/>
          <w:sz w:val="24"/>
          <w:szCs w:val="24"/>
          <w:lang w:val="uk-UA"/>
        </w:rPr>
        <w:t xml:space="preserve">18 листопада — </w:t>
      </w:r>
      <w:r w:rsidR="00B154DA">
        <w:rPr>
          <w:rFonts w:ascii="Times New Roman" w:hAnsi="Times New Roman" w:cs="Times New Roman"/>
          <w:sz w:val="24"/>
          <w:szCs w:val="24"/>
          <w:lang w:val="uk-UA"/>
        </w:rPr>
        <w:t>оголошення</w:t>
      </w:r>
      <w:r w:rsidR="00B154DA" w:rsidRPr="00AC45E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C45E8">
        <w:rPr>
          <w:rFonts w:ascii="Times New Roman" w:hAnsi="Times New Roman" w:cs="Times New Roman"/>
          <w:sz w:val="24"/>
          <w:szCs w:val="24"/>
          <w:lang w:val="uk-UA"/>
        </w:rPr>
        <w:t>результатів; урочисте нагородження — у межах Форуму 25 листопада</w:t>
      </w:r>
      <w:r w:rsidR="00D12265" w:rsidRPr="00AC45E8">
        <w:rPr>
          <w:rFonts w:ascii="Times New Roman" w:hAnsi="Times New Roman" w:cs="Times New Roman"/>
          <w:sz w:val="24"/>
          <w:szCs w:val="24"/>
          <w:lang w:val="uk-UA"/>
        </w:rPr>
        <w:t xml:space="preserve"> 2026 року</w:t>
      </w:r>
      <w:r w:rsidRPr="00AC45E8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1C8F396" w14:textId="77777777" w:rsidR="00834655" w:rsidRPr="0016306A" w:rsidRDefault="00834655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834655" w:rsidRPr="0016306A" w:rsidSect="00AC45E8">
      <w:pgSz w:w="12240" w:h="15840"/>
      <w:pgMar w:top="840" w:right="843" w:bottom="567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3F8A238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DFA8B53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6F1C00"/>
    <w:multiLevelType w:val="hybridMultilevel"/>
    <w:tmpl w:val="9F44648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257D82"/>
    <w:multiLevelType w:val="hybridMultilevel"/>
    <w:tmpl w:val="618CCFA8"/>
    <w:lvl w:ilvl="0" w:tplc="DF52C78C">
      <w:start w:val="1"/>
      <w:numFmt w:val="decimal"/>
      <w:lvlText w:val="%1)"/>
      <w:lvlJc w:val="left"/>
      <w:pPr>
        <w:ind w:left="1020" w:hanging="360"/>
      </w:pPr>
    </w:lvl>
    <w:lvl w:ilvl="1" w:tplc="CDFCBD24">
      <w:start w:val="1"/>
      <w:numFmt w:val="decimal"/>
      <w:lvlText w:val="%2)"/>
      <w:lvlJc w:val="left"/>
      <w:pPr>
        <w:ind w:left="1020" w:hanging="360"/>
      </w:pPr>
    </w:lvl>
    <w:lvl w:ilvl="2" w:tplc="B45A6B1C">
      <w:start w:val="1"/>
      <w:numFmt w:val="decimal"/>
      <w:lvlText w:val="%3)"/>
      <w:lvlJc w:val="left"/>
      <w:pPr>
        <w:ind w:left="1020" w:hanging="360"/>
      </w:pPr>
    </w:lvl>
    <w:lvl w:ilvl="3" w:tplc="B0C88BEA">
      <w:start w:val="1"/>
      <w:numFmt w:val="decimal"/>
      <w:lvlText w:val="%4)"/>
      <w:lvlJc w:val="left"/>
      <w:pPr>
        <w:ind w:left="1020" w:hanging="360"/>
      </w:pPr>
    </w:lvl>
    <w:lvl w:ilvl="4" w:tplc="06984C5C">
      <w:start w:val="1"/>
      <w:numFmt w:val="decimal"/>
      <w:lvlText w:val="%5)"/>
      <w:lvlJc w:val="left"/>
      <w:pPr>
        <w:ind w:left="1020" w:hanging="360"/>
      </w:pPr>
    </w:lvl>
    <w:lvl w:ilvl="5" w:tplc="C234D1F2">
      <w:start w:val="1"/>
      <w:numFmt w:val="decimal"/>
      <w:lvlText w:val="%6)"/>
      <w:lvlJc w:val="left"/>
      <w:pPr>
        <w:ind w:left="1020" w:hanging="360"/>
      </w:pPr>
    </w:lvl>
    <w:lvl w:ilvl="6" w:tplc="BAEC910A">
      <w:start w:val="1"/>
      <w:numFmt w:val="decimal"/>
      <w:lvlText w:val="%7)"/>
      <w:lvlJc w:val="left"/>
      <w:pPr>
        <w:ind w:left="1020" w:hanging="360"/>
      </w:pPr>
    </w:lvl>
    <w:lvl w:ilvl="7" w:tplc="93908A24">
      <w:start w:val="1"/>
      <w:numFmt w:val="decimal"/>
      <w:lvlText w:val="%8)"/>
      <w:lvlJc w:val="left"/>
      <w:pPr>
        <w:ind w:left="1020" w:hanging="360"/>
      </w:pPr>
    </w:lvl>
    <w:lvl w:ilvl="8" w:tplc="31E0B002">
      <w:start w:val="1"/>
      <w:numFmt w:val="decimal"/>
      <w:lvlText w:val="%9)"/>
      <w:lvlJc w:val="left"/>
      <w:pPr>
        <w:ind w:left="1020" w:hanging="360"/>
      </w:pPr>
    </w:lvl>
  </w:abstractNum>
  <w:abstractNum w:abstractNumId="11" w15:restartNumberingAfterBreak="0">
    <w:nsid w:val="3E2DC18F"/>
    <w:multiLevelType w:val="hybridMultilevel"/>
    <w:tmpl w:val="FFFFFFFF"/>
    <w:lvl w:ilvl="0" w:tplc="2738F8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499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2033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FAAA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C2DE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3AB2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C64B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2A84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165C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C95D5A"/>
    <w:multiLevelType w:val="multilevel"/>
    <w:tmpl w:val="FC26C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3791115">
    <w:abstractNumId w:val="5"/>
  </w:num>
  <w:num w:numId="2" w16cid:durableId="502280504">
    <w:abstractNumId w:val="7"/>
  </w:num>
  <w:num w:numId="3" w16cid:durableId="50202794">
    <w:abstractNumId w:val="7"/>
  </w:num>
  <w:num w:numId="4" w16cid:durableId="825975605">
    <w:abstractNumId w:val="4"/>
  </w:num>
  <w:num w:numId="5" w16cid:durableId="765804523">
    <w:abstractNumId w:val="8"/>
  </w:num>
  <w:num w:numId="6" w16cid:durableId="1789617895">
    <w:abstractNumId w:val="11"/>
  </w:num>
  <w:num w:numId="7" w16cid:durableId="682099058">
    <w:abstractNumId w:val="6"/>
  </w:num>
  <w:num w:numId="8" w16cid:durableId="499807109">
    <w:abstractNumId w:val="3"/>
  </w:num>
  <w:num w:numId="9" w16cid:durableId="941690258">
    <w:abstractNumId w:val="2"/>
  </w:num>
  <w:num w:numId="10" w16cid:durableId="1558085106">
    <w:abstractNumId w:val="0"/>
  </w:num>
  <w:num w:numId="11" w16cid:durableId="725909320">
    <w:abstractNumId w:val="1"/>
  </w:num>
  <w:num w:numId="12" w16cid:durableId="1502617558">
    <w:abstractNumId w:val="10"/>
  </w:num>
  <w:num w:numId="13" w16cid:durableId="1893035237">
    <w:abstractNumId w:val="12"/>
  </w:num>
  <w:num w:numId="14" w16cid:durableId="15083241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trackRevisions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435"/>
    <w:rsid w:val="00030E34"/>
    <w:rsid w:val="00032CDD"/>
    <w:rsid w:val="00034616"/>
    <w:rsid w:val="0003658F"/>
    <w:rsid w:val="00045954"/>
    <w:rsid w:val="00052300"/>
    <w:rsid w:val="0006063C"/>
    <w:rsid w:val="0009530D"/>
    <w:rsid w:val="000A1EEB"/>
    <w:rsid w:val="000A4F5A"/>
    <w:rsid w:val="000B0EE0"/>
    <w:rsid w:val="000B203F"/>
    <w:rsid w:val="000D2580"/>
    <w:rsid w:val="000D4A4B"/>
    <w:rsid w:val="000D672B"/>
    <w:rsid w:val="000E281A"/>
    <w:rsid w:val="001415E5"/>
    <w:rsid w:val="00141C16"/>
    <w:rsid w:val="0015074B"/>
    <w:rsid w:val="0016306A"/>
    <w:rsid w:val="001735CF"/>
    <w:rsid w:val="0018522F"/>
    <w:rsid w:val="001B1FB0"/>
    <w:rsid w:val="001C2207"/>
    <w:rsid w:val="001F16C5"/>
    <w:rsid w:val="001F7425"/>
    <w:rsid w:val="00216E0D"/>
    <w:rsid w:val="00232ECE"/>
    <w:rsid w:val="00245FA7"/>
    <w:rsid w:val="0025330A"/>
    <w:rsid w:val="002605BB"/>
    <w:rsid w:val="0029639D"/>
    <w:rsid w:val="00297120"/>
    <w:rsid w:val="002C404F"/>
    <w:rsid w:val="002D60B6"/>
    <w:rsid w:val="002E10DA"/>
    <w:rsid w:val="00326F90"/>
    <w:rsid w:val="0035717B"/>
    <w:rsid w:val="0037283D"/>
    <w:rsid w:val="003F6504"/>
    <w:rsid w:val="003F7CE6"/>
    <w:rsid w:val="004010BD"/>
    <w:rsid w:val="0040145C"/>
    <w:rsid w:val="004016E0"/>
    <w:rsid w:val="00412E2D"/>
    <w:rsid w:val="00442BDE"/>
    <w:rsid w:val="004562FD"/>
    <w:rsid w:val="00461319"/>
    <w:rsid w:val="00467C67"/>
    <w:rsid w:val="00471F08"/>
    <w:rsid w:val="004A63B3"/>
    <w:rsid w:val="00522B89"/>
    <w:rsid w:val="00543DB3"/>
    <w:rsid w:val="00554B6E"/>
    <w:rsid w:val="00571D0A"/>
    <w:rsid w:val="00591604"/>
    <w:rsid w:val="005A179F"/>
    <w:rsid w:val="005C2B21"/>
    <w:rsid w:val="005C380A"/>
    <w:rsid w:val="005D440B"/>
    <w:rsid w:val="005D501B"/>
    <w:rsid w:val="005F61E7"/>
    <w:rsid w:val="00615DB9"/>
    <w:rsid w:val="0063008A"/>
    <w:rsid w:val="00631CB2"/>
    <w:rsid w:val="00645D83"/>
    <w:rsid w:val="00670B44"/>
    <w:rsid w:val="00693071"/>
    <w:rsid w:val="006A1643"/>
    <w:rsid w:val="007061E5"/>
    <w:rsid w:val="007227CD"/>
    <w:rsid w:val="007259A9"/>
    <w:rsid w:val="00725F04"/>
    <w:rsid w:val="00740E92"/>
    <w:rsid w:val="0078252A"/>
    <w:rsid w:val="007C46A3"/>
    <w:rsid w:val="007D0808"/>
    <w:rsid w:val="00810973"/>
    <w:rsid w:val="00834655"/>
    <w:rsid w:val="00863AF2"/>
    <w:rsid w:val="0087110C"/>
    <w:rsid w:val="00874FFC"/>
    <w:rsid w:val="008E2717"/>
    <w:rsid w:val="008E4B6A"/>
    <w:rsid w:val="008F05B6"/>
    <w:rsid w:val="008F07B2"/>
    <w:rsid w:val="00900246"/>
    <w:rsid w:val="00904767"/>
    <w:rsid w:val="00915EDF"/>
    <w:rsid w:val="009232E6"/>
    <w:rsid w:val="0095180C"/>
    <w:rsid w:val="0097300B"/>
    <w:rsid w:val="00976561"/>
    <w:rsid w:val="009B06EB"/>
    <w:rsid w:val="009B59AF"/>
    <w:rsid w:val="00AA1D8D"/>
    <w:rsid w:val="00AA25DF"/>
    <w:rsid w:val="00AC45E8"/>
    <w:rsid w:val="00AD1565"/>
    <w:rsid w:val="00AD2518"/>
    <w:rsid w:val="00AD35B6"/>
    <w:rsid w:val="00AE3F05"/>
    <w:rsid w:val="00B04C4A"/>
    <w:rsid w:val="00B154DA"/>
    <w:rsid w:val="00B32075"/>
    <w:rsid w:val="00B36BE9"/>
    <w:rsid w:val="00B42BE3"/>
    <w:rsid w:val="00B47730"/>
    <w:rsid w:val="00B617FE"/>
    <w:rsid w:val="00B7093A"/>
    <w:rsid w:val="00B90B77"/>
    <w:rsid w:val="00BA7610"/>
    <w:rsid w:val="00BC14DD"/>
    <w:rsid w:val="00BF0079"/>
    <w:rsid w:val="00BF0998"/>
    <w:rsid w:val="00C757D8"/>
    <w:rsid w:val="00C85E05"/>
    <w:rsid w:val="00CB0664"/>
    <w:rsid w:val="00D118F5"/>
    <w:rsid w:val="00D12265"/>
    <w:rsid w:val="00D25E40"/>
    <w:rsid w:val="00D844A2"/>
    <w:rsid w:val="00DB2BE0"/>
    <w:rsid w:val="00DD46A2"/>
    <w:rsid w:val="00DD51E5"/>
    <w:rsid w:val="00DE7F72"/>
    <w:rsid w:val="00E41AA9"/>
    <w:rsid w:val="00E56A72"/>
    <w:rsid w:val="00E74427"/>
    <w:rsid w:val="00E9510F"/>
    <w:rsid w:val="00EA78ED"/>
    <w:rsid w:val="00F00FFF"/>
    <w:rsid w:val="00F06829"/>
    <w:rsid w:val="00F21940"/>
    <w:rsid w:val="00F67FFE"/>
    <w:rsid w:val="00FA3C95"/>
    <w:rsid w:val="00FC3147"/>
    <w:rsid w:val="00FC693F"/>
    <w:rsid w:val="00FD6A59"/>
    <w:rsid w:val="0D5E3CF9"/>
    <w:rsid w:val="185DF869"/>
    <w:rsid w:val="1B225EF7"/>
    <w:rsid w:val="1D1E9AF1"/>
    <w:rsid w:val="286697C6"/>
    <w:rsid w:val="2883B0EA"/>
    <w:rsid w:val="342ED9AE"/>
    <w:rsid w:val="65E111DC"/>
    <w:rsid w:val="73CD6C9F"/>
    <w:rsid w:val="7AF2AEB3"/>
    <w:rsid w:val="7BA7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C40988"/>
  <w14:defaultImageDpi w14:val="300"/>
  <w15:docId w15:val="{B66EBC32-FD54-7B4E-BD59-7BD92AF5B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ptos" w:hAnsi="Aptos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7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8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9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1">
    <w:name w:val="Colorful Shading -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2">
    <w:name w:val="Colorful Shading -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3">
    <w:name w:val="Colorful Shading -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-Accent4">
    <w:name w:val="Colorful Shading -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5">
    <w:name w:val="Colorful Shading -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6">
    <w:name w:val="Colorful Shading -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-Accent1">
    <w:name w:val="Colorful List -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-Accent2">
    <w:name w:val="Colorful List -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-Accent3">
    <w:name w:val="Colorful List -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-Accent4">
    <w:name w:val="Colorful List -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-Accent5">
    <w:name w:val="Colorful List -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-Accent6">
    <w:name w:val="Colorful List -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-Accent1">
    <w:name w:val="Colorful Grid -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-Accent2">
    <w:name w:val="Colorful Grid -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-Accent3">
    <w:name w:val="Colorful Grid -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-Accent4">
    <w:name w:val="Colorful Grid -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-Accent5">
    <w:name w:val="Colorful Grid -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-Accent6">
    <w:name w:val="Colorful Grid -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Revision"/>
    <w:hidden/>
    <w:uiPriority w:val="99"/>
    <w:semiHidden/>
    <w:rsid w:val="00B90B77"/>
    <w:pPr>
      <w:spacing w:after="0" w:line="240" w:lineRule="auto"/>
    </w:pPr>
    <w:rPr>
      <w:rFonts w:ascii="Aptos" w:hAnsi="Aptos"/>
      <w:sz w:val="21"/>
    </w:rPr>
  </w:style>
  <w:style w:type="character" w:styleId="aff9">
    <w:name w:val="annotation reference"/>
    <w:basedOn w:val="a2"/>
    <w:uiPriority w:val="99"/>
    <w:semiHidden/>
    <w:unhideWhenUsed/>
    <w:rsid w:val="00EA78ED"/>
    <w:rPr>
      <w:sz w:val="16"/>
      <w:szCs w:val="16"/>
    </w:rPr>
  </w:style>
  <w:style w:type="paragraph" w:styleId="affa">
    <w:name w:val="annotation text"/>
    <w:basedOn w:val="a1"/>
    <w:link w:val="affb"/>
    <w:uiPriority w:val="99"/>
    <w:unhideWhenUsed/>
    <w:rsid w:val="00EA78ED"/>
    <w:pPr>
      <w:spacing w:line="240" w:lineRule="auto"/>
    </w:pPr>
    <w:rPr>
      <w:sz w:val="20"/>
      <w:szCs w:val="20"/>
    </w:rPr>
  </w:style>
  <w:style w:type="character" w:customStyle="1" w:styleId="affb">
    <w:name w:val="Текст примечания Знак"/>
    <w:basedOn w:val="a2"/>
    <w:link w:val="affa"/>
    <w:uiPriority w:val="99"/>
    <w:rsid w:val="00EA78ED"/>
    <w:rPr>
      <w:rFonts w:ascii="Aptos" w:hAnsi="Aptos"/>
      <w:sz w:val="20"/>
      <w:szCs w:val="20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EA78ED"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semiHidden/>
    <w:rsid w:val="00EA78ED"/>
    <w:rPr>
      <w:rFonts w:ascii="Aptos" w:hAnsi="Aptos"/>
      <w:b/>
      <w:bCs/>
      <w:sz w:val="20"/>
      <w:szCs w:val="20"/>
    </w:rPr>
  </w:style>
  <w:style w:type="paragraph" w:customStyle="1" w:styleId="pdq2pgselectionanchorcontainer">
    <w:name w:val="pdq2pg_selectionanchorcontainer"/>
    <w:basedOn w:val="a1"/>
    <w:rsid w:val="00871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e">
    <w:name w:val="Normal (Web)"/>
    <w:basedOn w:val="a1"/>
    <w:uiPriority w:val="99"/>
    <w:semiHidden/>
    <w:unhideWhenUsed/>
    <w:rsid w:val="00871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2"/>
    <w:rsid w:val="0087110C"/>
  </w:style>
  <w:style w:type="character" w:styleId="afff">
    <w:name w:val="Hyperlink"/>
    <w:basedOn w:val="a2"/>
    <w:uiPriority w:val="99"/>
    <w:unhideWhenUsed/>
    <w:rsid w:val="0087110C"/>
    <w:rPr>
      <w:color w:val="0000FF" w:themeColor="hyperlink"/>
      <w:u w:val="single"/>
    </w:rPr>
  </w:style>
  <w:style w:type="character" w:customStyle="1" w:styleId="14">
    <w:name w:val="Неразрешенное упоминание1"/>
    <w:basedOn w:val="a2"/>
    <w:uiPriority w:val="99"/>
    <w:semiHidden/>
    <w:unhideWhenUsed/>
    <w:rsid w:val="0087110C"/>
    <w:rPr>
      <w:color w:val="605E5C"/>
      <w:shd w:val="clear" w:color="auto" w:fill="E1DFDD"/>
    </w:rPr>
  </w:style>
  <w:style w:type="paragraph" w:styleId="afff0">
    <w:name w:val="Balloon Text"/>
    <w:basedOn w:val="a1"/>
    <w:link w:val="afff1"/>
    <w:uiPriority w:val="99"/>
    <w:semiHidden/>
    <w:unhideWhenUsed/>
    <w:rsid w:val="00163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1">
    <w:name w:val="Текст выноски Знак"/>
    <w:basedOn w:val="a2"/>
    <w:link w:val="afff0"/>
    <w:uiPriority w:val="99"/>
    <w:semiHidden/>
    <w:rsid w:val="001630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5873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r.bratash@unido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gqspukraine.org.ua/" TargetMode="External"/><Relationship Id="rId5" Type="http://schemas.openxmlformats.org/officeDocument/2006/relationships/styles" Target="styles.xml"/><Relationship Id="rId10" Type="http://schemas.openxmlformats.org/officeDocument/2006/relationships/image" Target="media/image3.jp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46961a-27f4-4e17-9b99-72e4e4bcde46" xsi:nil="true"/>
    <lcf76f155ced4ddcb4097134ff3c332f xmlns="ffd921eb-f178-4ec1-8fe1-1a7bdda78c5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62A67FF2E67443B602235DCFFFB29B" ma:contentTypeVersion="16" ma:contentTypeDescription="Create a new document." ma:contentTypeScope="" ma:versionID="7c01b0dddd54ca87a4c3ba1beecf0935">
  <xsd:schema xmlns:xsd="http://www.w3.org/2001/XMLSchema" xmlns:xs="http://www.w3.org/2001/XMLSchema" xmlns:p="http://schemas.microsoft.com/office/2006/metadata/properties" xmlns:ns2="ffd921eb-f178-4ec1-8fe1-1a7bdda78c5b" xmlns:ns3="ca46961a-27f4-4e17-9b99-72e4e4bcde46" targetNamespace="http://schemas.microsoft.com/office/2006/metadata/properties" ma:root="true" ma:fieldsID="16ecfafa5cc15f49b01c92d66878b0df" ns2:_="" ns3:_="">
    <xsd:import namespace="ffd921eb-f178-4ec1-8fe1-1a7bdda78c5b"/>
    <xsd:import namespace="ca46961a-27f4-4e17-9b99-72e4e4bcde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921eb-f178-4ec1-8fe1-1a7bdda78c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a2faa4b-a4e7-430d-a263-e7e8206ae3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6961a-27f4-4e17-9b99-72e4e4bcde4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09563b1-c122-4b96-9c6e-82ca1165e827}" ma:internalName="TaxCatchAll" ma:showField="CatchAllData" ma:web="ca46961a-27f4-4e17-9b99-72e4e4bcde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6D4349-BD57-48AC-B9A6-22CEACC29C23}">
  <ds:schemaRefs>
    <ds:schemaRef ds:uri="http://schemas.microsoft.com/office/2006/metadata/properties"/>
    <ds:schemaRef ds:uri="http://schemas.microsoft.com/office/infopath/2007/PartnerControls"/>
    <ds:schemaRef ds:uri="ca46961a-27f4-4e17-9b99-72e4e4bcde46"/>
    <ds:schemaRef ds:uri="ffd921eb-f178-4ec1-8fe1-1a7bdda78c5b"/>
  </ds:schemaRefs>
</ds:datastoreItem>
</file>

<file path=customXml/itemProps2.xml><?xml version="1.0" encoding="utf-8"?>
<ds:datastoreItem xmlns:ds="http://schemas.openxmlformats.org/officeDocument/2006/customXml" ds:itemID="{C6759337-8FBB-4FA5-B307-CA27CCE01B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d921eb-f178-4ec1-8fe1-1a7bdda78c5b"/>
    <ds:schemaRef ds:uri="ca46961a-27f4-4e17-9b99-72e4e4bcde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8BECDA-025E-479F-AD42-D129CAB3D0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1853</Words>
  <Characters>10564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12393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Рита Браташ</cp:lastModifiedBy>
  <cp:revision>3</cp:revision>
  <dcterms:created xsi:type="dcterms:W3CDTF">2026-10-04T08:01:00Z</dcterms:created>
  <dcterms:modified xsi:type="dcterms:W3CDTF">2026-10-04T08:08:00Z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0x0101008362A67FF2E67443B602235DCFFFB29B</vt:lpwstr>
  </property>
  <property fmtid="{D5CDD505-2E9C-101B-9397-08002B2CF9AE}" pid="3" name="MediaServiceImageTags">
    <vt:lpwstr/>
  </property>
  <property fmtid="{D5CDD505-2E9C-101B-9397-08002B2CF9AE}" pid="4" name="GrammarlyDocumentId">
    <vt:lpwstr>28aecdbb-3e9b-4665-8dcc-5325000e80d1</vt:lpwstr>
  </property>
</Properties>
</file>